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F932" w14:textId="3D8FF6C9" w:rsidR="008E720D" w:rsidRPr="009A27BB" w:rsidRDefault="00000000">
      <w:pPr>
        <w:bidi/>
        <w:spacing w:after="100"/>
        <w:jc w:val="center"/>
        <w:rPr>
          <w:rFonts w:ascii="B Titr" w:eastAsia="B Titr" w:hAnsi="B Titr" w:cs="B Lotus"/>
          <w:b/>
          <w:color w:val="241712"/>
          <w:sz w:val="48"/>
        </w:rPr>
      </w:pPr>
      <w:proofErr w:type="spellStart"/>
      <w:r w:rsidRPr="009A27BB">
        <w:rPr>
          <w:rFonts w:ascii="B Titr" w:eastAsia="B Titr" w:hAnsi="B Titr" w:cs="B Lotus"/>
          <w:b/>
          <w:color w:val="241712"/>
          <w:sz w:val="48"/>
        </w:rPr>
        <w:t>فرم</w:t>
      </w:r>
      <w:proofErr w:type="spellEnd"/>
      <w:r w:rsidRPr="009A27BB">
        <w:rPr>
          <w:rFonts w:ascii="B Titr" w:eastAsia="B Titr" w:hAnsi="B Titr" w:cs="B Lotus"/>
          <w:b/>
          <w:color w:val="241712"/>
          <w:sz w:val="48"/>
        </w:rPr>
        <w:t xml:space="preserve"> </w:t>
      </w:r>
      <w:proofErr w:type="spellStart"/>
      <w:r w:rsidRPr="009A27BB">
        <w:rPr>
          <w:rFonts w:ascii="B Titr" w:eastAsia="B Titr" w:hAnsi="B Titr" w:cs="B Lotus"/>
          <w:b/>
          <w:color w:val="241712"/>
          <w:sz w:val="48"/>
        </w:rPr>
        <w:t>ثبت</w:t>
      </w:r>
      <w:proofErr w:type="spellEnd"/>
      <w:r w:rsidRPr="009A27BB">
        <w:rPr>
          <w:rFonts w:ascii="B Titr" w:eastAsia="B Titr" w:hAnsi="B Titr" w:cs="B Lotus"/>
          <w:b/>
          <w:color w:val="241712"/>
          <w:sz w:val="48"/>
        </w:rPr>
        <w:t xml:space="preserve"> </w:t>
      </w:r>
      <w:proofErr w:type="spellStart"/>
      <w:r w:rsidRPr="009A27BB">
        <w:rPr>
          <w:rFonts w:ascii="B Titr" w:eastAsia="B Titr" w:hAnsi="B Titr" w:cs="B Lotus"/>
          <w:b/>
          <w:color w:val="241712"/>
          <w:sz w:val="48"/>
        </w:rPr>
        <w:t>ایده</w:t>
      </w:r>
      <w:proofErr w:type="spellEnd"/>
    </w:p>
    <w:p w14:paraId="1DFE5B21" w14:textId="24EF09E3" w:rsidR="008E720D" w:rsidRPr="009A27BB" w:rsidRDefault="005A0700" w:rsidP="005A0700">
      <w:pPr>
        <w:bidi/>
        <w:spacing w:after="100"/>
        <w:jc w:val="center"/>
        <w:rPr>
          <w:rFonts w:cs="B Lotus"/>
          <w:b/>
          <w:bCs/>
          <w:sz w:val="44"/>
          <w:szCs w:val="44"/>
          <w:rtl/>
          <w:lang w:bidi="fa-IR"/>
        </w:rPr>
      </w:pPr>
      <w:r w:rsidRPr="009A27BB">
        <w:rPr>
          <w:rFonts w:cs="B Lotus" w:hint="cs"/>
          <w:b/>
          <w:bCs/>
          <w:sz w:val="44"/>
          <w:szCs w:val="44"/>
          <w:rtl/>
          <w:lang w:bidi="fa-IR"/>
        </w:rPr>
        <w:t>رویداد</w:t>
      </w:r>
      <w:r w:rsidR="008A6FEB" w:rsidRPr="009A27BB">
        <w:rPr>
          <w:rFonts w:cs="B Lotus" w:hint="cs"/>
          <w:b/>
          <w:bCs/>
          <w:sz w:val="44"/>
          <w:szCs w:val="44"/>
          <w:rtl/>
          <w:lang w:bidi="fa-IR"/>
        </w:rPr>
        <w:t xml:space="preserve"> ایده محوری</w:t>
      </w:r>
      <w:r w:rsidRPr="009A27BB">
        <w:rPr>
          <w:rFonts w:cs="B Lotus" w:hint="cs"/>
          <w:b/>
          <w:bCs/>
          <w:sz w:val="44"/>
          <w:szCs w:val="44"/>
          <w:rtl/>
          <w:lang w:bidi="fa-IR"/>
        </w:rPr>
        <w:t xml:space="preserve"> </w:t>
      </w:r>
      <w:r w:rsidR="008A6FEB" w:rsidRPr="009A27BB">
        <w:rPr>
          <w:rFonts w:cs="B Lotus" w:hint="cs"/>
          <w:b/>
          <w:bCs/>
          <w:sz w:val="44"/>
          <w:szCs w:val="44"/>
          <w:rtl/>
          <w:lang w:bidi="fa-IR"/>
        </w:rPr>
        <w:t xml:space="preserve">مسیر آینده </w:t>
      </w:r>
    </w:p>
    <w:p w14:paraId="32FCFC8E" w14:textId="77777777" w:rsidR="008A6FEB" w:rsidRPr="009A27BB" w:rsidRDefault="008A6FEB" w:rsidP="008A6FEB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Lotus"/>
          <w:b/>
          <w:bCs/>
          <w:sz w:val="28"/>
          <w:szCs w:val="28"/>
          <w:rtl/>
        </w:rPr>
      </w:pPr>
      <w:r w:rsidRPr="009A27BB">
        <w:rPr>
          <w:rFonts w:ascii="Times New Roman" w:eastAsia="Times New Roman" w:hAnsi="Times New Roman" w:cs="B Lotus" w:hint="cs"/>
          <w:b/>
          <w:bCs/>
          <w:sz w:val="28"/>
          <w:szCs w:val="28"/>
          <w:rtl/>
        </w:rPr>
        <w:t>فرصتی ویژه برای دانش آموزان متوسطه دوم آموزش و پرورش ناحیه 1 اهواز</w:t>
      </w:r>
    </w:p>
    <w:p w14:paraId="02AAA28C" w14:textId="015B1226" w:rsidR="008A6FEB" w:rsidRPr="009A27BB" w:rsidRDefault="008A6FEB" w:rsidP="008A6FEB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Lotus"/>
          <w:b/>
          <w:bCs/>
          <w:sz w:val="28"/>
          <w:szCs w:val="28"/>
          <w:rtl/>
        </w:rPr>
      </w:pPr>
      <w:r w:rsidRPr="009A27BB">
        <w:rPr>
          <w:rFonts w:ascii="Times New Roman" w:eastAsia="Times New Roman" w:hAnsi="Times New Roman" w:cs="B Lotus" w:hint="cs"/>
          <w:b/>
          <w:bCs/>
          <w:sz w:val="28"/>
          <w:szCs w:val="28"/>
          <w:rtl/>
        </w:rPr>
        <w:t xml:space="preserve">هدف: شناسایی و حمایت ایده های خلاقانه و نوآورانه دانش آموزان </w:t>
      </w:r>
    </w:p>
    <w:p w14:paraId="008E3B48" w14:textId="77777777" w:rsidR="008A6FEB" w:rsidRPr="009A27BB" w:rsidRDefault="008A6FEB" w:rsidP="008A6FE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Lotus"/>
          <w:b/>
          <w:bCs/>
          <w:szCs w:val="24"/>
          <w:rtl/>
        </w:rPr>
      </w:pPr>
      <w:r w:rsidRPr="009A27BB">
        <w:rPr>
          <w:rFonts w:ascii="Times New Roman" w:eastAsia="Times New Roman" w:hAnsi="Times New Roman" w:cs="B Lotus"/>
          <w:b/>
          <w:bCs/>
          <w:szCs w:val="24"/>
          <w:rtl/>
        </w:rPr>
        <w:t>ایده‌ی تو، معمار</w:t>
      </w:r>
      <w:r w:rsidRPr="009A27BB">
        <w:rPr>
          <w:rFonts w:ascii="Times New Roman" w:eastAsia="Times New Roman" w:hAnsi="Times New Roman" w:cs="B Lotus" w:hint="cs"/>
          <w:b/>
          <w:bCs/>
          <w:szCs w:val="24"/>
          <w:rtl/>
        </w:rPr>
        <w:t>ی</w:t>
      </w:r>
      <w:r w:rsidRPr="009A27BB">
        <w:rPr>
          <w:rFonts w:ascii="Times New Roman" w:eastAsia="Times New Roman" w:hAnsi="Times New Roman" w:cs="B Lotus"/>
          <w:b/>
          <w:bCs/>
          <w:szCs w:val="24"/>
          <w:rtl/>
        </w:rPr>
        <w:t xml:space="preserve"> آینده است</w:t>
      </w:r>
    </w:p>
    <w:p w14:paraId="6B84DDA5" w14:textId="77777777" w:rsidR="008A6FEB" w:rsidRPr="009A27BB" w:rsidRDefault="008A6FEB" w:rsidP="009A27BB">
      <w:pPr>
        <w:bidi/>
        <w:spacing w:before="100" w:beforeAutospacing="1" w:after="100" w:afterAutospacing="1"/>
        <w:jc w:val="both"/>
        <w:rPr>
          <w:rFonts w:ascii="Times New Roman" w:eastAsia="Times New Roman" w:hAnsi="Times New Roman" w:cs="B Lotus"/>
          <w:szCs w:val="24"/>
          <w:rtl/>
        </w:rPr>
      </w:pPr>
      <w:r w:rsidRPr="009A27BB">
        <w:rPr>
          <w:rFonts w:ascii="Times New Roman" w:eastAsia="Times New Roman" w:hAnsi="Times New Roman" w:cs="B Lotus" w:hint="cs"/>
          <w:szCs w:val="24"/>
          <w:rtl/>
        </w:rPr>
        <w:t>ا</w:t>
      </w:r>
      <w:r w:rsidRPr="009A27BB">
        <w:rPr>
          <w:rFonts w:ascii="Times New Roman" w:eastAsia="Times New Roman" w:hAnsi="Times New Roman" w:cs="B Lotus"/>
          <w:szCs w:val="24"/>
          <w:rtl/>
        </w:rPr>
        <w:t>گر برای بهتر شدن زندگی در مدرسه یا شه</w:t>
      </w:r>
      <w:r w:rsidRPr="009A27BB">
        <w:rPr>
          <w:rFonts w:ascii="Times New Roman" w:eastAsia="Times New Roman" w:hAnsi="Times New Roman" w:cs="B Lotus" w:hint="cs"/>
          <w:szCs w:val="24"/>
          <w:rtl/>
        </w:rPr>
        <w:t>ر محل سکونت تان</w:t>
      </w:r>
      <w:r w:rsidRPr="009A27BB">
        <w:rPr>
          <w:rFonts w:ascii="Times New Roman" w:eastAsia="Times New Roman" w:hAnsi="Times New Roman" w:cs="B Lotus"/>
          <w:szCs w:val="24"/>
          <w:rtl/>
        </w:rPr>
        <w:t xml:space="preserve"> </w:t>
      </w:r>
      <w:r w:rsidRPr="009A27BB">
        <w:rPr>
          <w:rFonts w:ascii="Times New Roman" w:eastAsia="Times New Roman" w:hAnsi="Times New Roman" w:cs="B Lotus" w:hint="cs"/>
          <w:szCs w:val="24"/>
          <w:rtl/>
        </w:rPr>
        <w:t xml:space="preserve">ایده ای </w:t>
      </w:r>
      <w:r w:rsidRPr="009A27BB">
        <w:rPr>
          <w:rFonts w:ascii="Times New Roman" w:eastAsia="Times New Roman" w:hAnsi="Times New Roman" w:cs="B Lotus"/>
          <w:szCs w:val="24"/>
          <w:rtl/>
        </w:rPr>
        <w:t>داری، این فرصت متعلق به توست! فرق</w:t>
      </w:r>
      <w:r w:rsidRPr="009A27BB">
        <w:rPr>
          <w:rFonts w:ascii="Times New Roman" w:eastAsia="Times New Roman" w:hAnsi="Times New Roman" w:cs="B Lotus" w:hint="cs"/>
          <w:szCs w:val="24"/>
          <w:rtl/>
        </w:rPr>
        <w:t>ی</w:t>
      </w:r>
      <w:r w:rsidRPr="009A27BB">
        <w:rPr>
          <w:rFonts w:ascii="Times New Roman" w:eastAsia="Times New Roman" w:hAnsi="Times New Roman" w:cs="B Lotus"/>
          <w:szCs w:val="24"/>
          <w:rtl/>
        </w:rPr>
        <w:t xml:space="preserve"> نم</w:t>
      </w:r>
      <w:r w:rsidRPr="009A27BB">
        <w:rPr>
          <w:rFonts w:ascii="Times New Roman" w:eastAsia="Times New Roman" w:hAnsi="Times New Roman" w:cs="B Lotus" w:hint="cs"/>
          <w:szCs w:val="24"/>
          <w:rtl/>
        </w:rPr>
        <w:t>ی‌</w:t>
      </w:r>
      <w:r w:rsidRPr="009A27BB">
        <w:rPr>
          <w:rFonts w:ascii="Times New Roman" w:eastAsia="Times New Roman" w:hAnsi="Times New Roman" w:cs="B Lotus" w:hint="eastAsia"/>
          <w:szCs w:val="24"/>
          <w:rtl/>
        </w:rPr>
        <w:t>کند</w:t>
      </w:r>
      <w:r w:rsidRPr="009A27BB">
        <w:rPr>
          <w:rFonts w:ascii="Times New Roman" w:eastAsia="Times New Roman" w:hAnsi="Times New Roman" w:cs="B Lotus"/>
          <w:szCs w:val="24"/>
          <w:rtl/>
        </w:rPr>
        <w:t xml:space="preserve"> در چه رشته‌ا</w:t>
      </w:r>
      <w:r w:rsidRPr="009A27BB">
        <w:rPr>
          <w:rFonts w:ascii="Times New Roman" w:eastAsia="Times New Roman" w:hAnsi="Times New Roman" w:cs="B Lotus" w:hint="cs"/>
          <w:szCs w:val="24"/>
          <w:rtl/>
        </w:rPr>
        <w:t>ی</w:t>
      </w:r>
      <w:r w:rsidRPr="009A27BB">
        <w:rPr>
          <w:rFonts w:ascii="Times New Roman" w:eastAsia="Times New Roman" w:hAnsi="Times New Roman" w:cs="B Lotus"/>
          <w:szCs w:val="24"/>
          <w:rtl/>
        </w:rPr>
        <w:t xml:space="preserve"> تحص</w:t>
      </w:r>
      <w:r w:rsidRPr="009A27BB">
        <w:rPr>
          <w:rFonts w:ascii="Times New Roman" w:eastAsia="Times New Roman" w:hAnsi="Times New Roman" w:cs="B Lotus" w:hint="cs"/>
          <w:szCs w:val="24"/>
          <w:rtl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</w:rPr>
        <w:t>ل</w:t>
      </w:r>
      <w:r w:rsidRPr="009A27BB">
        <w:rPr>
          <w:rFonts w:ascii="Times New Roman" w:eastAsia="Times New Roman" w:hAnsi="Times New Roman" w:cs="B Lotus"/>
          <w:szCs w:val="24"/>
          <w:rtl/>
        </w:rPr>
        <w:t xml:space="preserve"> م</w:t>
      </w:r>
      <w:r w:rsidRPr="009A27BB">
        <w:rPr>
          <w:rFonts w:ascii="Times New Roman" w:eastAsia="Times New Roman" w:hAnsi="Times New Roman" w:cs="B Lotus" w:hint="cs"/>
          <w:szCs w:val="24"/>
          <w:rtl/>
        </w:rPr>
        <w:t>ی‌</w:t>
      </w:r>
      <w:r w:rsidRPr="009A27BB">
        <w:rPr>
          <w:rFonts w:ascii="Times New Roman" w:eastAsia="Times New Roman" w:hAnsi="Times New Roman" w:cs="B Lotus" w:hint="eastAsia"/>
          <w:szCs w:val="24"/>
          <w:rtl/>
        </w:rPr>
        <w:t>کن</w:t>
      </w:r>
      <w:r w:rsidRPr="009A27BB">
        <w:rPr>
          <w:rFonts w:ascii="Times New Roman" w:eastAsia="Times New Roman" w:hAnsi="Times New Roman" w:cs="B Lotus" w:hint="cs"/>
          <w:szCs w:val="24"/>
          <w:rtl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</w:rPr>
        <w:t>؛</w:t>
      </w:r>
      <w:r w:rsidRPr="009A27BB">
        <w:rPr>
          <w:rFonts w:ascii="Times New Roman" w:eastAsia="Times New Roman" w:hAnsi="Times New Roman" w:cs="B Lotus"/>
          <w:szCs w:val="24"/>
          <w:rtl/>
        </w:rPr>
        <w:t xml:space="preserve"> اگر راه</w:t>
      </w:r>
      <w:r w:rsidRPr="009A27BB">
        <w:rPr>
          <w:rFonts w:ascii="Times New Roman" w:eastAsia="Times New Roman" w:hAnsi="Times New Roman" w:cs="B Lotus" w:hint="cs"/>
          <w:szCs w:val="24"/>
          <w:rtl/>
        </w:rPr>
        <w:t>ی</w:t>
      </w:r>
      <w:r w:rsidRPr="009A27BB">
        <w:rPr>
          <w:rFonts w:ascii="Times New Roman" w:eastAsia="Times New Roman" w:hAnsi="Times New Roman" w:cs="B Lotus"/>
          <w:szCs w:val="24"/>
          <w:rtl/>
        </w:rPr>
        <w:t xml:space="preserve"> برا</w:t>
      </w:r>
      <w:r w:rsidRPr="009A27BB">
        <w:rPr>
          <w:rFonts w:ascii="Times New Roman" w:eastAsia="Times New Roman" w:hAnsi="Times New Roman" w:cs="B Lotus" w:hint="cs"/>
          <w:szCs w:val="24"/>
          <w:rtl/>
        </w:rPr>
        <w:t>ی</w:t>
      </w:r>
      <w:r w:rsidRPr="009A27BB">
        <w:rPr>
          <w:rFonts w:ascii="Times New Roman" w:eastAsia="Times New Roman" w:hAnsi="Times New Roman" w:cs="B Lotus"/>
          <w:szCs w:val="24"/>
          <w:rtl/>
        </w:rPr>
        <w:t xml:space="preserve"> تغ</w:t>
      </w:r>
      <w:r w:rsidRPr="009A27BB">
        <w:rPr>
          <w:rFonts w:ascii="Times New Roman" w:eastAsia="Times New Roman" w:hAnsi="Times New Roman" w:cs="B Lotus" w:hint="cs"/>
          <w:szCs w:val="24"/>
          <w:rtl/>
        </w:rPr>
        <w:t>یی</w:t>
      </w:r>
      <w:r w:rsidRPr="009A27BB">
        <w:rPr>
          <w:rFonts w:ascii="Times New Roman" w:eastAsia="Times New Roman" w:hAnsi="Times New Roman" w:cs="B Lotus" w:hint="eastAsia"/>
          <w:szCs w:val="24"/>
          <w:rtl/>
        </w:rPr>
        <w:t>ر</w:t>
      </w:r>
      <w:r w:rsidRPr="009A27BB">
        <w:rPr>
          <w:rFonts w:ascii="Times New Roman" w:eastAsia="Times New Roman" w:hAnsi="Times New Roman" w:cs="B Lotus"/>
          <w:szCs w:val="24"/>
          <w:rtl/>
        </w:rPr>
        <w:t xml:space="preserve"> در ذهن دار</w:t>
      </w:r>
      <w:r w:rsidRPr="009A27BB">
        <w:rPr>
          <w:rFonts w:ascii="Times New Roman" w:eastAsia="Times New Roman" w:hAnsi="Times New Roman" w:cs="B Lotus" w:hint="cs"/>
          <w:szCs w:val="24"/>
          <w:rtl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</w:rPr>
        <w:t>،</w:t>
      </w:r>
      <w:r w:rsidRPr="009A27BB">
        <w:rPr>
          <w:rFonts w:ascii="Times New Roman" w:eastAsia="Times New Roman" w:hAnsi="Times New Roman" w:cs="B Lotus"/>
          <w:szCs w:val="24"/>
          <w:rtl/>
        </w:rPr>
        <w:t xml:space="preserve"> </w:t>
      </w:r>
      <w:r w:rsidRPr="009A27BB">
        <w:rPr>
          <w:rFonts w:ascii="Times New Roman" w:eastAsia="Times New Roman" w:hAnsi="Times New Roman" w:cs="B Lotus"/>
          <w:b/>
          <w:bCs/>
          <w:szCs w:val="24"/>
          <w:rtl/>
        </w:rPr>
        <w:t>رو</w:t>
      </w:r>
      <w:r w:rsidRPr="009A27BB">
        <w:rPr>
          <w:rFonts w:ascii="Times New Roman" w:eastAsia="Times New Roman" w:hAnsi="Times New Roman" w:cs="B Lotus" w:hint="cs"/>
          <w:b/>
          <w:bCs/>
          <w:szCs w:val="24"/>
          <w:rtl/>
        </w:rPr>
        <w:t>ی</w:t>
      </w:r>
      <w:r w:rsidRPr="009A27BB">
        <w:rPr>
          <w:rFonts w:ascii="Times New Roman" w:eastAsia="Times New Roman" w:hAnsi="Times New Roman" w:cs="B Lotus" w:hint="eastAsia"/>
          <w:b/>
          <w:bCs/>
          <w:szCs w:val="24"/>
          <w:rtl/>
        </w:rPr>
        <w:t>داد</w:t>
      </w:r>
      <w:r w:rsidRPr="009A27BB">
        <w:rPr>
          <w:rFonts w:ascii="Times New Roman" w:eastAsia="Times New Roman" w:hAnsi="Times New Roman" w:cs="B Lotus"/>
          <w:b/>
          <w:bCs/>
          <w:szCs w:val="24"/>
          <w:rtl/>
        </w:rPr>
        <w:t xml:space="preserve"> مس</w:t>
      </w:r>
      <w:r w:rsidRPr="009A27BB">
        <w:rPr>
          <w:rFonts w:ascii="Times New Roman" w:eastAsia="Times New Roman" w:hAnsi="Times New Roman" w:cs="B Lotus" w:hint="cs"/>
          <w:b/>
          <w:bCs/>
          <w:szCs w:val="24"/>
          <w:rtl/>
        </w:rPr>
        <w:t>ی</w:t>
      </w:r>
      <w:r w:rsidRPr="009A27BB">
        <w:rPr>
          <w:rFonts w:ascii="Times New Roman" w:eastAsia="Times New Roman" w:hAnsi="Times New Roman" w:cs="B Lotus" w:hint="eastAsia"/>
          <w:b/>
          <w:bCs/>
          <w:szCs w:val="24"/>
          <w:rtl/>
        </w:rPr>
        <w:t>ر</w:t>
      </w:r>
      <w:r w:rsidRPr="009A27BB">
        <w:rPr>
          <w:rFonts w:ascii="Times New Roman" w:eastAsia="Times New Roman" w:hAnsi="Times New Roman" w:cs="B Lotus"/>
          <w:b/>
          <w:bCs/>
          <w:szCs w:val="24"/>
          <w:rtl/>
        </w:rPr>
        <w:t xml:space="preserve"> آ</w:t>
      </w:r>
      <w:r w:rsidRPr="009A27BB">
        <w:rPr>
          <w:rFonts w:ascii="Times New Roman" w:eastAsia="Times New Roman" w:hAnsi="Times New Roman" w:cs="B Lotus" w:hint="cs"/>
          <w:b/>
          <w:bCs/>
          <w:szCs w:val="24"/>
          <w:rtl/>
        </w:rPr>
        <w:t>ی</w:t>
      </w:r>
      <w:r w:rsidRPr="009A27BB">
        <w:rPr>
          <w:rFonts w:ascii="Times New Roman" w:eastAsia="Times New Roman" w:hAnsi="Times New Roman" w:cs="B Lotus" w:hint="eastAsia"/>
          <w:b/>
          <w:bCs/>
          <w:szCs w:val="24"/>
          <w:rtl/>
        </w:rPr>
        <w:t>نده</w:t>
      </w:r>
      <w:r w:rsidRPr="009A27BB">
        <w:rPr>
          <w:rFonts w:ascii="Times New Roman" w:eastAsia="Times New Roman" w:hAnsi="Times New Roman" w:cs="B Lotus"/>
          <w:szCs w:val="24"/>
          <w:rtl/>
        </w:rPr>
        <w:t xml:space="preserve"> منتظر توست</w:t>
      </w:r>
      <w:r w:rsidRPr="009A27BB">
        <w:rPr>
          <w:rFonts w:ascii="Times New Roman" w:eastAsia="Times New Roman" w:hAnsi="Times New Roman" w:cs="B Lotus"/>
          <w:szCs w:val="24"/>
        </w:rPr>
        <w:t>!</w:t>
      </w:r>
      <w:r w:rsidRPr="009A27BB">
        <w:rPr>
          <w:rFonts w:ascii="Times New Roman" w:eastAsia="Times New Roman" w:hAnsi="Times New Roman" w:cs="B Lotus" w:hint="cs"/>
          <w:szCs w:val="24"/>
          <w:rtl/>
        </w:rPr>
        <w:t xml:space="preserve"> </w:t>
      </w:r>
      <w:r w:rsidRPr="009A27BB">
        <w:rPr>
          <w:rFonts w:ascii="Times New Roman" w:eastAsia="Times New Roman" w:hAnsi="Times New Roman" w:cs="B Lotus" w:hint="eastAsia"/>
          <w:szCs w:val="24"/>
          <w:rtl/>
        </w:rPr>
        <w:t>ا</w:t>
      </w:r>
      <w:r w:rsidRPr="009A27BB">
        <w:rPr>
          <w:rFonts w:ascii="Times New Roman" w:eastAsia="Times New Roman" w:hAnsi="Times New Roman" w:cs="B Lotus" w:hint="cs"/>
          <w:szCs w:val="24"/>
          <w:rtl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</w:rPr>
        <w:t>ده‌ات</w:t>
      </w:r>
      <w:r w:rsidRPr="009A27BB">
        <w:rPr>
          <w:rFonts w:ascii="Times New Roman" w:eastAsia="Times New Roman" w:hAnsi="Times New Roman" w:cs="B Lotus"/>
          <w:szCs w:val="24"/>
          <w:rtl/>
        </w:rPr>
        <w:t xml:space="preserve"> را مطرح کن، الهام بگ</w:t>
      </w:r>
      <w:r w:rsidRPr="009A27BB">
        <w:rPr>
          <w:rFonts w:ascii="Times New Roman" w:eastAsia="Times New Roman" w:hAnsi="Times New Roman" w:cs="B Lotus" w:hint="cs"/>
          <w:szCs w:val="24"/>
          <w:rtl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</w:rPr>
        <w:t>ر</w:t>
      </w:r>
      <w:r w:rsidRPr="009A27BB">
        <w:rPr>
          <w:rFonts w:ascii="Times New Roman" w:eastAsia="Times New Roman" w:hAnsi="Times New Roman" w:cs="B Lotus"/>
          <w:szCs w:val="24"/>
          <w:rtl/>
        </w:rPr>
        <w:t xml:space="preserve"> و برا</w:t>
      </w:r>
      <w:r w:rsidRPr="009A27BB">
        <w:rPr>
          <w:rFonts w:ascii="Times New Roman" w:eastAsia="Times New Roman" w:hAnsi="Times New Roman" w:cs="B Lotus" w:hint="cs"/>
          <w:szCs w:val="24"/>
          <w:rtl/>
        </w:rPr>
        <w:t>ی</w:t>
      </w:r>
      <w:r w:rsidRPr="009A27BB">
        <w:rPr>
          <w:rFonts w:ascii="Times New Roman" w:eastAsia="Times New Roman" w:hAnsi="Times New Roman" w:cs="B Lotus"/>
          <w:szCs w:val="24"/>
          <w:rtl/>
        </w:rPr>
        <w:t xml:space="preserve"> ساختن آ</w:t>
      </w:r>
      <w:r w:rsidRPr="009A27BB">
        <w:rPr>
          <w:rFonts w:ascii="Times New Roman" w:eastAsia="Times New Roman" w:hAnsi="Times New Roman" w:cs="B Lotus" w:hint="cs"/>
          <w:szCs w:val="24"/>
          <w:rtl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</w:rPr>
        <w:t>نده</w:t>
      </w:r>
      <w:r w:rsidRPr="009A27BB">
        <w:rPr>
          <w:rFonts w:ascii="Times New Roman" w:eastAsia="Times New Roman" w:hAnsi="Times New Roman" w:cs="B Lotus"/>
          <w:szCs w:val="24"/>
          <w:rtl/>
        </w:rPr>
        <w:t xml:space="preserve"> قدم بردا</w:t>
      </w:r>
      <w:r w:rsidRPr="009A27BB">
        <w:rPr>
          <w:rFonts w:ascii="Times New Roman" w:eastAsia="Times New Roman" w:hAnsi="Times New Roman" w:cs="B Lotus" w:hint="cs"/>
          <w:szCs w:val="24"/>
          <w:rtl/>
        </w:rPr>
        <w:t xml:space="preserve">ر. </w:t>
      </w:r>
    </w:p>
    <w:p w14:paraId="017F1555" w14:textId="55E95F30" w:rsidR="008A6FEB" w:rsidRPr="009A27BB" w:rsidRDefault="008A6FEB" w:rsidP="008A6FE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Lotus"/>
          <w:b/>
          <w:bCs/>
          <w:szCs w:val="24"/>
          <w:rtl/>
          <w:lang w:bidi="fa-IR"/>
        </w:rPr>
      </w:pPr>
      <w:r w:rsidRPr="009A27BB">
        <w:rPr>
          <w:rFonts w:ascii="Times New Roman" w:eastAsia="Times New Roman" w:hAnsi="Times New Roman" w:cs="B Lotus"/>
          <w:b/>
          <w:bCs/>
          <w:szCs w:val="24"/>
          <w:rtl/>
          <w:lang w:bidi="fa-IR"/>
        </w:rPr>
        <w:t>راهنما</w:t>
      </w:r>
      <w:r w:rsidRPr="009A27BB">
        <w:rPr>
          <w:rFonts w:ascii="Times New Roman" w:eastAsia="Times New Roman" w:hAnsi="Times New Roman" w:cs="B Lotus" w:hint="cs"/>
          <w:b/>
          <w:bCs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/>
          <w:b/>
          <w:bCs/>
          <w:szCs w:val="24"/>
          <w:rtl/>
          <w:lang w:bidi="fa-IR"/>
        </w:rPr>
        <w:t xml:space="preserve"> دانش‌آموز برا</w:t>
      </w:r>
      <w:r w:rsidRPr="009A27BB">
        <w:rPr>
          <w:rFonts w:ascii="Times New Roman" w:eastAsia="Times New Roman" w:hAnsi="Times New Roman" w:cs="B Lotus" w:hint="cs"/>
          <w:b/>
          <w:bCs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/>
          <w:b/>
          <w:bCs/>
          <w:szCs w:val="24"/>
          <w:rtl/>
          <w:lang w:bidi="fa-IR"/>
        </w:rPr>
        <w:t xml:space="preserve"> ارائه ا</w:t>
      </w:r>
      <w:r w:rsidRPr="009A27BB">
        <w:rPr>
          <w:rFonts w:ascii="Times New Roman" w:eastAsia="Times New Roman" w:hAnsi="Times New Roman" w:cs="B Lotus" w:hint="cs"/>
          <w:b/>
          <w:bCs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 w:hint="eastAsia"/>
          <w:b/>
          <w:bCs/>
          <w:szCs w:val="24"/>
          <w:rtl/>
          <w:lang w:bidi="fa-IR"/>
        </w:rPr>
        <w:t>ده</w:t>
      </w:r>
      <w:r w:rsidRPr="009A27BB">
        <w:rPr>
          <w:rFonts w:ascii="Times New Roman" w:eastAsia="Times New Roman" w:hAnsi="Times New Roman" w:cs="B Lotus"/>
          <w:b/>
          <w:bCs/>
          <w:szCs w:val="24"/>
          <w:lang w:bidi="fa-IR"/>
        </w:rPr>
        <w:t>:</w:t>
      </w:r>
    </w:p>
    <w:p w14:paraId="020EDD4E" w14:textId="57E82FD0" w:rsidR="008A6FEB" w:rsidRPr="009A27BB" w:rsidRDefault="008A6FEB" w:rsidP="008A6FE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Lotus"/>
          <w:szCs w:val="24"/>
          <w:rtl/>
          <w:lang w:bidi="fa-IR"/>
        </w:rPr>
      </w:pP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 xml:space="preserve">دانش آموزان گرامی </w:t>
      </w:r>
      <w:r w:rsidRPr="009A27BB">
        <w:rPr>
          <w:rFonts w:ascii="Times New Roman" w:eastAsia="Times New Roman" w:hAnsi="Times New Roman" w:cs="B Lotus" w:hint="eastAsia"/>
          <w:szCs w:val="24"/>
          <w:rtl/>
          <w:lang w:bidi="fa-IR"/>
        </w:rPr>
        <w:t>برا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 xml:space="preserve"> ا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  <w:lang w:bidi="fa-IR"/>
        </w:rPr>
        <w:t>نکه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 xml:space="preserve"> ا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  <w:lang w:bidi="fa-IR"/>
        </w:rPr>
        <w:t>ده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 xml:space="preserve"> شما پذ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  <w:lang w:bidi="fa-IR"/>
        </w:rPr>
        <w:t>رفته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 xml:space="preserve"> شود، ن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  <w:lang w:bidi="fa-IR"/>
        </w:rPr>
        <w:t>از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 xml:space="preserve"> ن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  <w:lang w:bidi="fa-IR"/>
        </w:rPr>
        <w:t>ست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 xml:space="preserve"> حتماً 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  <w:lang w:bidi="fa-IR"/>
        </w:rPr>
        <w:t>ک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 xml:space="preserve"> اختراع پ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  <w:lang w:bidi="fa-IR"/>
        </w:rPr>
        <w:t>چ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  <w:lang w:bidi="fa-IR"/>
        </w:rPr>
        <w:t>ده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 xml:space="preserve"> داشته باش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  <w:lang w:bidi="fa-IR"/>
        </w:rPr>
        <w:t>د؛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 xml:space="preserve"> فقط کاف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 xml:space="preserve"> است به ا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  <w:lang w:bidi="fa-IR"/>
        </w:rPr>
        <w:t>ن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 xml:space="preserve"> سه سوال پاسخ ده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  <w:lang w:bidi="fa-IR"/>
        </w:rPr>
        <w:t>د</w:t>
      </w:r>
      <w:r w:rsidRPr="009A27BB">
        <w:rPr>
          <w:rFonts w:ascii="Times New Roman" w:eastAsia="Times New Roman" w:hAnsi="Times New Roman" w:cs="B Lotus"/>
          <w:szCs w:val="24"/>
          <w:lang w:bidi="fa-IR"/>
        </w:rPr>
        <w:t>:</w:t>
      </w:r>
    </w:p>
    <w:p w14:paraId="0F4C9F41" w14:textId="74F58E33" w:rsidR="008A6FEB" w:rsidRPr="009A27BB" w:rsidRDefault="008A6FEB" w:rsidP="008A6FE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Lotus"/>
          <w:szCs w:val="24"/>
          <w:rtl/>
          <w:lang w:bidi="fa-IR"/>
        </w:rPr>
      </w:pP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>1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 xml:space="preserve">. 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>مسئله چ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  <w:lang w:bidi="fa-IR"/>
        </w:rPr>
        <w:t>ست؟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 xml:space="preserve"> (چه مشکل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 xml:space="preserve"> در منطقه 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 xml:space="preserve">محل سکونت شما 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>وجود دارد؟)</w:t>
      </w:r>
    </w:p>
    <w:p w14:paraId="098630A6" w14:textId="77777777" w:rsidR="008A6FEB" w:rsidRPr="009A27BB" w:rsidRDefault="008A6FEB" w:rsidP="008A6FE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Lotus"/>
          <w:szCs w:val="24"/>
          <w:rtl/>
          <w:lang w:bidi="fa-IR"/>
        </w:rPr>
      </w:pP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 xml:space="preserve">2. 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>راه حل چ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  <w:lang w:bidi="fa-IR"/>
        </w:rPr>
        <w:t>ست؟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 xml:space="preserve"> (ا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  <w:lang w:bidi="fa-IR"/>
        </w:rPr>
        <w:t>ده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 xml:space="preserve"> شما چطور آن مشکل را حل م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ی‌</w:t>
      </w:r>
      <w:r w:rsidRPr="009A27BB">
        <w:rPr>
          <w:rFonts w:ascii="Times New Roman" w:eastAsia="Times New Roman" w:hAnsi="Times New Roman" w:cs="B Lotus" w:hint="eastAsia"/>
          <w:szCs w:val="24"/>
          <w:rtl/>
          <w:lang w:bidi="fa-IR"/>
        </w:rPr>
        <w:t>کند؟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>)</w:t>
      </w:r>
    </w:p>
    <w:p w14:paraId="167F5A36" w14:textId="7E502FCC" w:rsidR="008A6FEB" w:rsidRPr="009A27BB" w:rsidRDefault="008A6FEB" w:rsidP="008A6FE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Lotus"/>
          <w:szCs w:val="24"/>
          <w:rtl/>
          <w:lang w:bidi="fa-IR"/>
        </w:rPr>
      </w:pP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>3.  چقدر اجرا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یی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 xml:space="preserve"> است؟ (آ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  <w:lang w:bidi="fa-IR"/>
        </w:rPr>
        <w:t>ا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 xml:space="preserve"> با توجه به امکانات منطقه، م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ی‌</w:t>
      </w:r>
      <w:r w:rsidRPr="009A27BB">
        <w:rPr>
          <w:rFonts w:ascii="Times New Roman" w:eastAsia="Times New Roman" w:hAnsi="Times New Roman" w:cs="B Lotus" w:hint="eastAsia"/>
          <w:szCs w:val="24"/>
          <w:rtl/>
          <w:lang w:bidi="fa-IR"/>
        </w:rPr>
        <w:t>شود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 xml:space="preserve"> آن را ساخت </w:t>
      </w:r>
      <w:r w:rsidRPr="009A27BB">
        <w:rPr>
          <w:rFonts w:ascii="Times New Roman" w:eastAsia="Times New Roman" w:hAnsi="Times New Roman" w:cs="B Lotus" w:hint="cs"/>
          <w:szCs w:val="24"/>
          <w:rtl/>
          <w:lang w:bidi="fa-IR"/>
        </w:rPr>
        <w:t>ی</w:t>
      </w:r>
      <w:r w:rsidRPr="009A27BB">
        <w:rPr>
          <w:rFonts w:ascii="Times New Roman" w:eastAsia="Times New Roman" w:hAnsi="Times New Roman" w:cs="B Lotus" w:hint="eastAsia"/>
          <w:szCs w:val="24"/>
          <w:rtl/>
          <w:lang w:bidi="fa-IR"/>
        </w:rPr>
        <w:t>ا</w:t>
      </w:r>
      <w:r w:rsidRPr="009A27BB">
        <w:rPr>
          <w:rFonts w:ascii="Times New Roman" w:eastAsia="Times New Roman" w:hAnsi="Times New Roman" w:cs="B Lotus"/>
          <w:szCs w:val="24"/>
          <w:rtl/>
          <w:lang w:bidi="fa-IR"/>
        </w:rPr>
        <w:t xml:space="preserve"> اجرا کرد؟)</w:t>
      </w:r>
    </w:p>
    <w:p w14:paraId="5D4C9219" w14:textId="77777777" w:rsidR="008A6FEB" w:rsidRPr="009A27BB" w:rsidRDefault="008A6FEB" w:rsidP="008A6FEB">
      <w:pPr>
        <w:bidi/>
        <w:spacing w:after="100"/>
        <w:jc w:val="center"/>
        <w:rPr>
          <w:rFonts w:cs="B Lotus"/>
          <w:lang w:bidi="fa-IR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0300"/>
      </w:tblGrid>
      <w:tr w:rsidR="00D343A6" w:rsidRPr="009A27BB" w14:paraId="291710CA" w14:textId="77777777" w:rsidTr="008A6FEB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E36C0A" w:themeFill="accent6" w:themeFillShade="B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9C36C1B" w14:textId="32BAAD86" w:rsidR="00D343A6" w:rsidRPr="009A27BB" w:rsidRDefault="00D343A6" w:rsidP="00D343A6">
            <w:pPr>
              <w:bidi/>
              <w:spacing w:after="40" w:line="252" w:lineRule="auto"/>
              <w:rPr>
                <w:rFonts w:asciiTheme="minorHAnsi" w:hAnsiTheme="minorHAnsi" w:cs="B Lotus"/>
                <w:b/>
                <w:bCs/>
                <w:sz w:val="28"/>
                <w:szCs w:val="28"/>
                <w:rtl/>
                <w:lang w:bidi="fa-IR"/>
              </w:rPr>
            </w:pPr>
            <w:r w:rsidRPr="009A27BB">
              <w:rPr>
                <w:rFonts w:cs="B Lotus"/>
                <w:b/>
                <w:bCs/>
                <w:color w:val="FFFFFF" w:themeColor="background1"/>
                <w:sz w:val="28"/>
                <w:szCs w:val="28"/>
                <w:rtl/>
                <w:lang w:bidi="fa-IR"/>
              </w:rPr>
              <w:t>۱. اطلاعات فردی و تیم کاری</w:t>
            </w:r>
          </w:p>
        </w:tc>
      </w:tr>
      <w:tr w:rsidR="00F20F3A" w:rsidRPr="009A27BB" w14:paraId="4CE0E8C3" w14:textId="77777777" w:rsidTr="008A6FEB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1FAC83F" w14:textId="5C841A73" w:rsidR="00F20F3A" w:rsidRPr="009A27BB" w:rsidRDefault="00F20F3A" w:rsidP="00F20F3A">
            <w:pPr>
              <w:bidi/>
              <w:spacing w:after="40" w:line="252" w:lineRule="auto"/>
              <w:rPr>
                <w:rFonts w:cs="B Lotus"/>
              </w:rPr>
            </w:pPr>
            <w:r w:rsidRPr="009A27BB">
              <w:rPr>
                <w:rFonts w:cs="B Lotus"/>
                <w:rtl/>
              </w:rPr>
              <w:t>نام و نام خانوادگ</w:t>
            </w:r>
            <w:r w:rsidRPr="009A27BB">
              <w:rPr>
                <w:rFonts w:cs="B Lotus" w:hint="cs"/>
                <w:rtl/>
              </w:rPr>
              <w:t>ی</w:t>
            </w:r>
            <w:r w:rsidRPr="009A27BB">
              <w:rPr>
                <w:rFonts w:cs="B Lotus"/>
                <w:rtl/>
              </w:rPr>
              <w:t xml:space="preserve"> ارائه‌دهند</w:t>
            </w:r>
            <w:r w:rsidRPr="009A27BB">
              <w:rPr>
                <w:rFonts w:cs="B Lotus" w:hint="cs"/>
                <w:rtl/>
              </w:rPr>
              <w:t>ه:</w:t>
            </w:r>
          </w:p>
        </w:tc>
      </w:tr>
      <w:tr w:rsidR="00F20F3A" w:rsidRPr="009A27BB" w14:paraId="35D76F75" w14:textId="77777777" w:rsidTr="008A6FEB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B4E4C71" w14:textId="36EC5F3E" w:rsidR="00F20F3A" w:rsidRPr="009A27BB" w:rsidRDefault="00F20F3A" w:rsidP="00F20F3A">
            <w:pPr>
              <w:bidi/>
              <w:spacing w:after="40" w:line="252" w:lineRule="auto"/>
              <w:rPr>
                <w:rFonts w:cs="B Lotus"/>
                <w:rtl/>
                <w:lang w:bidi="fa-IR"/>
              </w:rPr>
            </w:pPr>
            <w:r w:rsidRPr="009A27BB">
              <w:rPr>
                <w:rFonts w:cs="B Lotus" w:hint="eastAsia"/>
                <w:rtl/>
              </w:rPr>
              <w:t>شماره</w:t>
            </w:r>
            <w:r w:rsidRPr="009A27BB">
              <w:rPr>
                <w:rFonts w:cs="B Lotus"/>
                <w:rtl/>
              </w:rPr>
              <w:t xml:space="preserve"> موبا</w:t>
            </w:r>
            <w:r w:rsidRPr="009A27BB">
              <w:rPr>
                <w:rFonts w:cs="B Lotus" w:hint="cs"/>
                <w:rtl/>
              </w:rPr>
              <w:t>ی</w:t>
            </w:r>
            <w:r w:rsidRPr="009A27BB">
              <w:rPr>
                <w:rFonts w:cs="B Lotus" w:hint="eastAsia"/>
                <w:rtl/>
              </w:rPr>
              <w:t>ل</w:t>
            </w:r>
            <w:r w:rsidRPr="009A27BB">
              <w:rPr>
                <w:rFonts w:cs="B Lotus"/>
              </w:rPr>
              <w:t xml:space="preserve">:  </w:t>
            </w:r>
          </w:p>
        </w:tc>
      </w:tr>
      <w:tr w:rsidR="008A6FEB" w:rsidRPr="009A27BB" w14:paraId="18536A7A" w14:textId="77777777" w:rsidTr="008A6FEB">
        <w:trPr>
          <w:cantSplit/>
          <w:trHeight w:val="244"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4DB9E44" w14:textId="093955CC" w:rsidR="008A6FEB" w:rsidRPr="009A27BB" w:rsidRDefault="008A6FEB" w:rsidP="00F20F3A">
            <w:pPr>
              <w:bidi/>
              <w:spacing w:after="40" w:line="252" w:lineRule="auto"/>
              <w:rPr>
                <w:rFonts w:cs="B Lotus"/>
                <w:rtl/>
                <w:lang w:bidi="fa-IR"/>
              </w:rPr>
            </w:pPr>
            <w:r w:rsidRPr="009A27BB">
              <w:rPr>
                <w:rFonts w:cs="B Lotus" w:hint="eastAsia"/>
                <w:rtl/>
              </w:rPr>
              <w:t>کد</w:t>
            </w:r>
            <w:r w:rsidRPr="009A27BB">
              <w:rPr>
                <w:rFonts w:cs="B Lotus"/>
                <w:rtl/>
              </w:rPr>
              <w:t xml:space="preserve"> مل</w:t>
            </w:r>
            <w:r w:rsidRPr="009A27BB">
              <w:rPr>
                <w:rFonts w:cs="B Lotus" w:hint="cs"/>
                <w:rtl/>
              </w:rPr>
              <w:t>ی</w:t>
            </w:r>
            <w:r w:rsidRPr="009A27BB">
              <w:rPr>
                <w:rFonts w:cs="B Lotus" w:hint="cs"/>
                <w:rtl/>
                <w:lang w:bidi="fa-IR"/>
              </w:rPr>
              <w:t xml:space="preserve"> :</w:t>
            </w:r>
          </w:p>
        </w:tc>
      </w:tr>
      <w:tr w:rsidR="00F20F3A" w:rsidRPr="009A27BB" w14:paraId="53DC07DE" w14:textId="77777777" w:rsidTr="008A6FEB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32880A4" w14:textId="33AF3594" w:rsidR="00F20F3A" w:rsidRPr="009A27BB" w:rsidRDefault="00F20F3A" w:rsidP="00F20F3A">
            <w:pPr>
              <w:bidi/>
              <w:spacing w:after="40" w:line="252" w:lineRule="auto"/>
              <w:rPr>
                <w:rFonts w:cs="B Lotus"/>
              </w:rPr>
            </w:pPr>
            <w:r w:rsidRPr="009A27BB">
              <w:rPr>
                <w:rFonts w:cs="B Lotus" w:hint="eastAsia"/>
                <w:rtl/>
              </w:rPr>
              <w:t>نام</w:t>
            </w:r>
            <w:r w:rsidRPr="009A27BB">
              <w:rPr>
                <w:rFonts w:cs="B Lotus"/>
                <w:rtl/>
              </w:rPr>
              <w:t xml:space="preserve"> و نام خانوادگ</w:t>
            </w:r>
            <w:r w:rsidRPr="009A27BB">
              <w:rPr>
                <w:rFonts w:cs="B Lotus" w:hint="cs"/>
                <w:rtl/>
              </w:rPr>
              <w:t>ی</w:t>
            </w:r>
            <w:r w:rsidRPr="009A27BB">
              <w:rPr>
                <w:rFonts w:cs="B Lotus"/>
                <w:rtl/>
              </w:rPr>
              <w:t xml:space="preserve"> اعضا</w:t>
            </w:r>
            <w:r w:rsidRPr="009A27BB">
              <w:rPr>
                <w:rFonts w:cs="B Lotus" w:hint="cs"/>
                <w:rtl/>
              </w:rPr>
              <w:t>ی</w:t>
            </w:r>
            <w:r w:rsidRPr="009A27BB">
              <w:rPr>
                <w:rFonts w:cs="B Lotus"/>
                <w:rtl/>
              </w:rPr>
              <w:t xml:space="preserve"> ت</w:t>
            </w:r>
            <w:r w:rsidRPr="009A27BB">
              <w:rPr>
                <w:rFonts w:cs="B Lotus" w:hint="cs"/>
                <w:rtl/>
              </w:rPr>
              <w:t>ی</w:t>
            </w:r>
            <w:r w:rsidRPr="009A27BB">
              <w:rPr>
                <w:rFonts w:cs="B Lotus" w:hint="eastAsia"/>
                <w:rtl/>
              </w:rPr>
              <w:t>م</w:t>
            </w:r>
            <w:r w:rsidRPr="009A27BB">
              <w:rPr>
                <w:rFonts w:cs="B Lotus"/>
                <w:rtl/>
              </w:rPr>
              <w:t xml:space="preserve"> کار</w:t>
            </w:r>
            <w:r w:rsidRPr="009A27BB">
              <w:rPr>
                <w:rFonts w:cs="B Lotus" w:hint="cs"/>
                <w:rtl/>
              </w:rPr>
              <w:t>ی</w:t>
            </w:r>
            <w:r w:rsidRPr="009A27BB">
              <w:rPr>
                <w:rFonts w:cs="B Lotus"/>
              </w:rPr>
              <w:t xml:space="preserve">: </w:t>
            </w:r>
            <w:r w:rsidR="00FE25D2" w:rsidRPr="009A27BB">
              <w:rPr>
                <w:rFonts w:cs="B Lotus" w:hint="cs"/>
                <w:rtl/>
              </w:rPr>
              <w:t xml:space="preserve">  1.     2.   3.    4.   5.   6.   </w:t>
            </w:r>
          </w:p>
        </w:tc>
      </w:tr>
      <w:tr w:rsidR="00F20F3A" w:rsidRPr="009A27BB" w14:paraId="54B6F84A" w14:textId="77777777" w:rsidTr="008A6FEB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B26A5E4" w14:textId="6A5C28C4" w:rsidR="00F20F3A" w:rsidRPr="009A27BB" w:rsidRDefault="00F20F3A" w:rsidP="00F20F3A">
            <w:pPr>
              <w:bidi/>
              <w:spacing w:after="40" w:line="252" w:lineRule="auto"/>
              <w:rPr>
                <w:rFonts w:cs="B Lotus"/>
                <w:rtl/>
                <w:lang w:bidi="fa-IR"/>
              </w:rPr>
            </w:pPr>
            <w:r w:rsidRPr="009A27BB">
              <w:rPr>
                <w:rFonts w:cs="B Lotus" w:hint="eastAsia"/>
                <w:rtl/>
              </w:rPr>
              <w:t>مشخصات</w:t>
            </w:r>
            <w:r w:rsidRPr="009A27BB">
              <w:rPr>
                <w:rFonts w:cs="B Lotus"/>
                <w:rtl/>
              </w:rPr>
              <w:t xml:space="preserve"> اعضا</w:t>
            </w:r>
            <w:r w:rsidRPr="009A27BB">
              <w:rPr>
                <w:rFonts w:cs="B Lotus" w:hint="cs"/>
                <w:rtl/>
              </w:rPr>
              <w:t>ی</w:t>
            </w:r>
            <w:r w:rsidRPr="009A27BB">
              <w:rPr>
                <w:rFonts w:cs="B Lotus"/>
                <w:rtl/>
              </w:rPr>
              <w:t xml:space="preserve"> ت</w:t>
            </w:r>
            <w:r w:rsidRPr="009A27BB">
              <w:rPr>
                <w:rFonts w:cs="B Lotus" w:hint="cs"/>
                <w:rtl/>
              </w:rPr>
              <w:t>ی</w:t>
            </w:r>
            <w:r w:rsidRPr="009A27BB">
              <w:rPr>
                <w:rFonts w:cs="B Lotus" w:hint="eastAsia"/>
                <w:rtl/>
              </w:rPr>
              <w:t>م</w:t>
            </w:r>
            <w:r w:rsidRPr="009A27BB">
              <w:rPr>
                <w:rFonts w:cs="B Lotus"/>
                <w:rtl/>
              </w:rPr>
              <w:t xml:space="preserve"> (</w:t>
            </w:r>
            <w:r w:rsidR="00FE25D2" w:rsidRPr="009A27BB">
              <w:rPr>
                <w:rFonts w:cs="B Lotus" w:hint="cs"/>
                <w:rtl/>
              </w:rPr>
              <w:t xml:space="preserve">نام مدرسه </w:t>
            </w:r>
            <w:r w:rsidRPr="009A27BB">
              <w:rPr>
                <w:rFonts w:cs="B Lotus"/>
                <w:rtl/>
              </w:rPr>
              <w:t>/</w:t>
            </w:r>
            <w:r w:rsidR="00FE25D2" w:rsidRPr="009A27BB">
              <w:rPr>
                <w:rFonts w:cs="B Lotus" w:hint="cs"/>
                <w:rtl/>
              </w:rPr>
              <w:t xml:space="preserve">مقطع تحصیلی </w:t>
            </w:r>
            <w:r w:rsidRPr="009A27BB">
              <w:rPr>
                <w:rFonts w:cs="B Lotus"/>
                <w:rtl/>
              </w:rPr>
              <w:t>/</w:t>
            </w:r>
            <w:r w:rsidR="00FE25D2" w:rsidRPr="009A27BB">
              <w:rPr>
                <w:rFonts w:cs="B Lotus" w:hint="cs"/>
                <w:rtl/>
              </w:rPr>
              <w:t xml:space="preserve">رشته تحصیلی </w:t>
            </w:r>
            <w:r w:rsidRPr="009A27BB">
              <w:rPr>
                <w:rFonts w:cs="B Lotus" w:hint="eastAsia"/>
                <w:rtl/>
              </w:rPr>
              <w:t>،</w:t>
            </w:r>
            <w:r w:rsidRPr="009A27BB">
              <w:rPr>
                <w:rFonts w:cs="B Lotus"/>
                <w:rtl/>
              </w:rPr>
              <w:t xml:space="preserve"> ا</w:t>
            </w:r>
            <w:r w:rsidRPr="009A27BB">
              <w:rPr>
                <w:rFonts w:cs="B Lotus" w:hint="cs"/>
                <w:rtl/>
              </w:rPr>
              <w:t>ی</w:t>
            </w:r>
            <w:r w:rsidRPr="009A27BB">
              <w:rPr>
                <w:rFonts w:cs="B Lotus" w:hint="eastAsia"/>
                <w:rtl/>
              </w:rPr>
              <w:t>م</w:t>
            </w:r>
            <w:r w:rsidRPr="009A27BB">
              <w:rPr>
                <w:rFonts w:cs="B Lotus" w:hint="cs"/>
                <w:rtl/>
              </w:rPr>
              <w:t>ی</w:t>
            </w:r>
            <w:r w:rsidRPr="009A27BB">
              <w:rPr>
                <w:rFonts w:cs="B Lotus" w:hint="eastAsia"/>
                <w:rtl/>
              </w:rPr>
              <w:t>ل</w:t>
            </w:r>
            <w:r w:rsidRPr="009A27BB">
              <w:rPr>
                <w:rFonts w:cs="B Lotus"/>
                <w:rtl/>
              </w:rPr>
              <w:t xml:space="preserve"> و شماره تماس)</w:t>
            </w:r>
            <w:r w:rsidR="00FE25D2" w:rsidRPr="009A27BB">
              <w:rPr>
                <w:rFonts w:cs="B Lotus" w:hint="cs"/>
                <w:rtl/>
              </w:rPr>
              <w:t xml:space="preserve"> به ترتیب آورده شود </w:t>
            </w:r>
          </w:p>
        </w:tc>
      </w:tr>
    </w:tbl>
    <w:p w14:paraId="610D9709" w14:textId="77777777" w:rsidR="008E720D" w:rsidRPr="009A27BB" w:rsidRDefault="008E720D">
      <w:pPr>
        <w:bidi/>
        <w:spacing w:after="100"/>
        <w:jc w:val="right"/>
        <w:rPr>
          <w:rFonts w:cs="B Lotus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0300"/>
      </w:tblGrid>
      <w:tr w:rsidR="00D343A6" w:rsidRPr="009A27BB" w14:paraId="576AC7DE" w14:textId="77777777" w:rsidTr="005A0700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E36C0A" w:themeFill="accent6" w:themeFillShade="B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C099A21" w14:textId="36826E5C" w:rsidR="00D343A6" w:rsidRPr="009A27BB" w:rsidRDefault="00D343A6" w:rsidP="00F20F3A">
            <w:pPr>
              <w:bidi/>
              <w:spacing w:after="40" w:line="252" w:lineRule="auto"/>
              <w:rPr>
                <w:rFonts w:cs="B Lotus"/>
                <w:rtl/>
              </w:rPr>
            </w:pPr>
            <w:r w:rsidRPr="009A27BB">
              <w:rPr>
                <w:rFonts w:cs="B Lotus"/>
                <w:b/>
                <w:bCs/>
                <w:color w:val="FFFFFF" w:themeColor="background1"/>
                <w:sz w:val="28"/>
                <w:szCs w:val="28"/>
                <w:rtl/>
                <w:lang w:bidi="fa-IR"/>
              </w:rPr>
              <w:t>۲. مشخصات ایده</w:t>
            </w:r>
          </w:p>
        </w:tc>
      </w:tr>
      <w:tr w:rsidR="00F20F3A" w:rsidRPr="009A27BB" w14:paraId="725C1E09" w14:textId="77777777" w:rsidTr="005A0700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1681E37" w14:textId="09E3FAFC" w:rsidR="00F20F3A" w:rsidRPr="009A27BB" w:rsidRDefault="00F20F3A" w:rsidP="00F20F3A">
            <w:pPr>
              <w:bidi/>
              <w:spacing w:after="40" w:line="252" w:lineRule="auto"/>
              <w:rPr>
                <w:rFonts w:cs="B Lotus"/>
                <w:rtl/>
                <w:lang w:bidi="fa-IR"/>
              </w:rPr>
            </w:pPr>
            <w:r w:rsidRPr="009A27BB">
              <w:rPr>
                <w:rFonts w:cs="B Lotus"/>
                <w:rtl/>
              </w:rPr>
              <w:t>عنوان ا</w:t>
            </w:r>
            <w:r w:rsidRPr="009A27BB">
              <w:rPr>
                <w:rFonts w:cs="B Lotus" w:hint="cs"/>
                <w:rtl/>
              </w:rPr>
              <w:t>ی</w:t>
            </w:r>
            <w:r w:rsidRPr="009A27BB">
              <w:rPr>
                <w:rFonts w:cs="B Lotus" w:hint="eastAsia"/>
                <w:rtl/>
              </w:rPr>
              <w:t>ده</w:t>
            </w:r>
            <w:r w:rsidRPr="009A27BB">
              <w:rPr>
                <w:rFonts w:cs="B Lotus"/>
                <w:rtl/>
              </w:rPr>
              <w:t xml:space="preserve"> به فارس</w:t>
            </w:r>
            <w:r w:rsidRPr="009A27BB">
              <w:rPr>
                <w:rFonts w:cs="B Lotus" w:hint="cs"/>
                <w:rtl/>
              </w:rPr>
              <w:t>ی</w:t>
            </w:r>
            <w:r w:rsidR="007F1D6C" w:rsidRPr="009A27BB">
              <w:rPr>
                <w:rFonts w:cs="B Lotus" w:hint="cs"/>
                <w:rtl/>
                <w:lang w:bidi="fa-IR"/>
              </w:rPr>
              <w:t xml:space="preserve"> :</w:t>
            </w:r>
          </w:p>
        </w:tc>
      </w:tr>
      <w:tr w:rsidR="00F20F3A" w:rsidRPr="009A27BB" w14:paraId="3E66BDBE" w14:textId="77777777" w:rsidTr="005A0700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2F93B5A" w14:textId="0AB04246" w:rsidR="00F20F3A" w:rsidRPr="009A27BB" w:rsidRDefault="00F20F3A" w:rsidP="00F20F3A">
            <w:pPr>
              <w:bidi/>
              <w:spacing w:after="40" w:line="252" w:lineRule="auto"/>
              <w:rPr>
                <w:rFonts w:cs="B Lotus"/>
              </w:rPr>
            </w:pPr>
            <w:r w:rsidRPr="009A27BB">
              <w:rPr>
                <w:rFonts w:cs="B Lotus" w:hint="eastAsia"/>
                <w:rtl/>
              </w:rPr>
              <w:t>محور</w:t>
            </w:r>
            <w:r w:rsidRPr="009A27BB">
              <w:rPr>
                <w:rFonts w:cs="B Lotus"/>
                <w:rtl/>
              </w:rPr>
              <w:t xml:space="preserve"> اصل</w:t>
            </w:r>
            <w:r w:rsidRPr="009A27BB">
              <w:rPr>
                <w:rFonts w:cs="B Lotus" w:hint="cs"/>
                <w:rtl/>
              </w:rPr>
              <w:t>ی</w:t>
            </w:r>
            <w:r w:rsidRPr="009A27BB">
              <w:rPr>
                <w:rFonts w:cs="B Lotus"/>
                <w:rtl/>
              </w:rPr>
              <w:t xml:space="preserve"> ا</w:t>
            </w:r>
            <w:r w:rsidRPr="009A27BB">
              <w:rPr>
                <w:rFonts w:cs="B Lotus" w:hint="cs"/>
                <w:rtl/>
              </w:rPr>
              <w:t>ی</w:t>
            </w:r>
            <w:r w:rsidRPr="009A27BB">
              <w:rPr>
                <w:rFonts w:cs="B Lotus" w:hint="eastAsia"/>
                <w:rtl/>
              </w:rPr>
              <w:t>ده</w:t>
            </w:r>
            <w:r w:rsidRPr="009A27BB">
              <w:rPr>
                <w:rFonts w:cs="B Lotus"/>
                <w:rtl/>
              </w:rPr>
              <w:t xml:space="preserve"> (</w:t>
            </w:r>
            <w:r w:rsidRPr="009A27BB">
              <w:rPr>
                <w:rFonts w:cs="B Lotus" w:hint="cs"/>
                <w:rtl/>
              </w:rPr>
              <w:t>ی</w:t>
            </w:r>
            <w:r w:rsidRPr="009A27BB">
              <w:rPr>
                <w:rFonts w:cs="B Lotus" w:hint="eastAsia"/>
                <w:rtl/>
              </w:rPr>
              <w:t>ک</w:t>
            </w:r>
            <w:r w:rsidRPr="009A27BB">
              <w:rPr>
                <w:rFonts w:cs="B Lotus"/>
                <w:rtl/>
              </w:rPr>
              <w:t xml:space="preserve"> </w:t>
            </w:r>
            <w:r w:rsidRPr="009A27BB">
              <w:rPr>
                <w:rFonts w:cs="B Lotus" w:hint="cs"/>
                <w:rtl/>
              </w:rPr>
              <w:t>ی</w:t>
            </w:r>
            <w:r w:rsidRPr="009A27BB">
              <w:rPr>
                <w:rFonts w:cs="B Lotus" w:hint="eastAsia"/>
                <w:rtl/>
              </w:rPr>
              <w:t>ا</w:t>
            </w:r>
            <w:r w:rsidRPr="009A27BB">
              <w:rPr>
                <w:rFonts w:cs="B Lotus"/>
                <w:rtl/>
              </w:rPr>
              <w:t xml:space="preserve"> چند مورد را انتخاب کن</w:t>
            </w:r>
            <w:r w:rsidRPr="009A27BB">
              <w:rPr>
                <w:rFonts w:cs="B Lotus" w:hint="cs"/>
                <w:rtl/>
              </w:rPr>
              <w:t>ی</w:t>
            </w:r>
            <w:r w:rsidRPr="009A27BB">
              <w:rPr>
                <w:rFonts w:cs="B Lotus" w:hint="eastAsia"/>
                <w:rtl/>
              </w:rPr>
              <w:t>د</w:t>
            </w:r>
            <w:r w:rsidRPr="009A27BB">
              <w:rPr>
                <w:rFonts w:cs="B Lotus"/>
                <w:rtl/>
              </w:rPr>
              <w:t>)</w:t>
            </w:r>
            <w:r w:rsidRPr="009A27BB">
              <w:rPr>
                <w:rFonts w:cs="B Lotus"/>
              </w:rPr>
              <w:t>:</w:t>
            </w:r>
          </w:p>
        </w:tc>
      </w:tr>
      <w:tr w:rsidR="00F20F3A" w:rsidRPr="009A27BB" w14:paraId="07FE342C" w14:textId="77777777" w:rsidTr="005A0700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D6C8A30" w14:textId="66963F0D" w:rsidR="00F20F3A" w:rsidRPr="009A27BB" w:rsidRDefault="00F20F3A" w:rsidP="00F20F3A">
            <w:pPr>
              <w:bidi/>
              <w:spacing w:after="40" w:line="252" w:lineRule="auto"/>
              <w:rPr>
                <w:rFonts w:cs="B Lotus"/>
              </w:rPr>
            </w:pPr>
            <w:r w:rsidRPr="009A27BB">
              <w:rPr>
                <w:rFonts w:ascii="Segoe UI Symbol" w:hAnsi="Segoe UI Symbol" w:cs="B Lotus"/>
              </w:rPr>
              <w:t>☐</w:t>
            </w:r>
            <w:r w:rsidRPr="009A27BB">
              <w:rPr>
                <w:rFonts w:cs="B Lotus"/>
              </w:rPr>
              <w:t xml:space="preserve"> </w:t>
            </w:r>
            <w:r w:rsidRPr="009A27BB">
              <w:rPr>
                <w:rFonts w:cs="B Lotus"/>
                <w:rtl/>
                <w:lang w:bidi="fa-IR"/>
              </w:rPr>
              <w:t>۱</w:t>
            </w:r>
            <w:r w:rsidRPr="009A27BB">
              <w:rPr>
                <w:rFonts w:cs="B Lotus"/>
              </w:rPr>
              <w:t xml:space="preserve">. </w:t>
            </w:r>
            <w:r w:rsidR="005A0700" w:rsidRPr="009A27BB">
              <w:rPr>
                <w:rFonts w:cs="B Lotus"/>
                <w:rtl/>
              </w:rPr>
              <w:t>نوآور</w:t>
            </w:r>
            <w:r w:rsidR="005A0700" w:rsidRPr="009A27BB">
              <w:rPr>
                <w:rFonts w:cs="B Lotus" w:hint="cs"/>
                <w:rtl/>
              </w:rPr>
              <w:t>ی</w:t>
            </w:r>
            <w:r w:rsidR="005A0700" w:rsidRPr="009A27BB">
              <w:rPr>
                <w:rFonts w:cs="B Lotus"/>
                <w:rtl/>
              </w:rPr>
              <w:t xml:space="preserve"> در مد</w:t>
            </w:r>
            <w:r w:rsidR="005A0700" w:rsidRPr="009A27BB">
              <w:rPr>
                <w:rFonts w:cs="B Lotus" w:hint="cs"/>
                <w:rtl/>
              </w:rPr>
              <w:t>ی</w:t>
            </w:r>
            <w:r w:rsidR="005A0700" w:rsidRPr="009A27BB">
              <w:rPr>
                <w:rFonts w:cs="B Lotus" w:hint="eastAsia"/>
                <w:rtl/>
              </w:rPr>
              <w:t>ر</w:t>
            </w:r>
            <w:r w:rsidR="005A0700" w:rsidRPr="009A27BB">
              <w:rPr>
                <w:rFonts w:cs="B Lotus" w:hint="cs"/>
                <w:rtl/>
              </w:rPr>
              <w:t>ی</w:t>
            </w:r>
            <w:r w:rsidR="005A0700" w:rsidRPr="009A27BB">
              <w:rPr>
                <w:rFonts w:cs="B Lotus" w:hint="eastAsia"/>
                <w:rtl/>
              </w:rPr>
              <w:t>ت</w:t>
            </w:r>
            <w:r w:rsidR="005A0700" w:rsidRPr="009A27BB">
              <w:rPr>
                <w:rFonts w:cs="B Lotus"/>
                <w:rtl/>
              </w:rPr>
              <w:t xml:space="preserve"> منابع و انرژ</w:t>
            </w:r>
            <w:r w:rsidR="005A0700" w:rsidRPr="009A27BB">
              <w:rPr>
                <w:rFonts w:cs="B Lotus" w:hint="cs"/>
                <w:rtl/>
              </w:rPr>
              <w:t>ی</w:t>
            </w:r>
          </w:p>
        </w:tc>
      </w:tr>
      <w:tr w:rsidR="00F20F3A" w:rsidRPr="009A27BB" w14:paraId="101A9290" w14:textId="77777777" w:rsidTr="005A0700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5EEE5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E244291" w14:textId="0E929DA2" w:rsidR="00F20F3A" w:rsidRPr="009A27BB" w:rsidRDefault="00F20F3A" w:rsidP="00F20F3A">
            <w:pPr>
              <w:bidi/>
              <w:spacing w:after="40" w:line="252" w:lineRule="auto"/>
              <w:rPr>
                <w:rFonts w:cs="B Lotus"/>
              </w:rPr>
            </w:pPr>
            <w:r w:rsidRPr="009A27BB">
              <w:rPr>
                <w:rFonts w:ascii="Segoe UI Symbol" w:hAnsi="Segoe UI Symbol" w:cs="B Lotus"/>
              </w:rPr>
              <w:t>☐</w:t>
            </w:r>
            <w:r w:rsidRPr="009A27BB">
              <w:rPr>
                <w:rFonts w:cs="B Lotus"/>
              </w:rPr>
              <w:t xml:space="preserve"> </w:t>
            </w:r>
            <w:r w:rsidRPr="009A27BB">
              <w:rPr>
                <w:rFonts w:cs="B Lotus"/>
                <w:rtl/>
                <w:lang w:bidi="fa-IR"/>
              </w:rPr>
              <w:t>۲</w:t>
            </w:r>
            <w:r w:rsidRPr="009A27BB">
              <w:rPr>
                <w:rFonts w:cs="B Lotus"/>
              </w:rPr>
              <w:t xml:space="preserve">. </w:t>
            </w:r>
            <w:r w:rsidR="005A0700" w:rsidRPr="009A27BB">
              <w:rPr>
                <w:rFonts w:ascii="Times New Roman" w:eastAsia="Times New Roman" w:hAnsi="Times New Roman" w:cs="B Lotus"/>
                <w:b/>
                <w:bCs/>
                <w:sz w:val="28"/>
                <w:szCs w:val="28"/>
                <w:rtl/>
                <w:lang w:bidi="fa-IR"/>
              </w:rPr>
              <w:t>فناور</w:t>
            </w:r>
            <w:r w:rsidR="005A0700" w:rsidRPr="009A27BB">
              <w:rPr>
                <w:rFonts w:ascii="Times New Roman" w:eastAsia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>ی‌</w:t>
            </w:r>
            <w:r w:rsidR="005A0700" w:rsidRPr="009A27BB">
              <w:rPr>
                <w:rFonts w:ascii="Times New Roman" w:eastAsia="Times New Roman" w:hAnsi="Times New Roman" w:cs="B Lotus" w:hint="eastAsia"/>
                <w:b/>
                <w:bCs/>
                <w:sz w:val="28"/>
                <w:szCs w:val="28"/>
                <w:rtl/>
                <w:lang w:bidi="fa-IR"/>
              </w:rPr>
              <w:t>ها</w:t>
            </w:r>
            <w:r w:rsidR="005A0700" w:rsidRPr="009A27BB">
              <w:rPr>
                <w:rFonts w:ascii="Times New Roman" w:eastAsia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5A0700" w:rsidRPr="009A27BB">
              <w:rPr>
                <w:rFonts w:ascii="Times New Roman" w:eastAsia="Times New Roman" w:hAnsi="Times New Roman" w:cs="B Lotus"/>
                <w:b/>
                <w:bCs/>
                <w:sz w:val="28"/>
                <w:szCs w:val="28"/>
                <w:rtl/>
                <w:lang w:bidi="fa-IR"/>
              </w:rPr>
              <w:t xml:space="preserve"> کاربرد</w:t>
            </w:r>
            <w:r w:rsidR="005A0700" w:rsidRPr="009A27BB">
              <w:rPr>
                <w:rFonts w:ascii="Times New Roman" w:eastAsia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5A0700" w:rsidRPr="009A27BB">
              <w:rPr>
                <w:rFonts w:ascii="Times New Roman" w:eastAsia="Times New Roman" w:hAnsi="Times New Roman" w:cs="B Lotus"/>
                <w:b/>
                <w:bCs/>
                <w:sz w:val="28"/>
                <w:szCs w:val="28"/>
                <w:rtl/>
                <w:lang w:bidi="fa-IR"/>
              </w:rPr>
              <w:t xml:space="preserve"> و د</w:t>
            </w:r>
            <w:r w:rsidR="005A0700" w:rsidRPr="009A27BB">
              <w:rPr>
                <w:rFonts w:ascii="Times New Roman" w:eastAsia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5A0700" w:rsidRPr="009A27BB">
              <w:rPr>
                <w:rFonts w:ascii="Times New Roman" w:eastAsia="Times New Roman" w:hAnsi="Times New Roman" w:cs="B Lotus" w:hint="eastAsia"/>
                <w:b/>
                <w:bCs/>
                <w:sz w:val="28"/>
                <w:szCs w:val="28"/>
                <w:rtl/>
                <w:lang w:bidi="fa-IR"/>
              </w:rPr>
              <w:t>ج</w:t>
            </w:r>
            <w:r w:rsidR="005A0700" w:rsidRPr="009A27BB">
              <w:rPr>
                <w:rFonts w:ascii="Times New Roman" w:eastAsia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5A0700" w:rsidRPr="009A27BB">
              <w:rPr>
                <w:rFonts w:ascii="Times New Roman" w:eastAsia="Times New Roman" w:hAnsi="Times New Roman" w:cs="B Lotus" w:hint="eastAsia"/>
                <w:b/>
                <w:bCs/>
                <w:sz w:val="28"/>
                <w:szCs w:val="28"/>
                <w:rtl/>
                <w:lang w:bidi="fa-IR"/>
              </w:rPr>
              <w:t>تال</w:t>
            </w:r>
            <w:r w:rsidR="005A0700" w:rsidRPr="009A27BB">
              <w:rPr>
                <w:rFonts w:ascii="Times New Roman" w:eastAsia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5A0700" w:rsidRPr="009A27BB">
              <w:rPr>
                <w:rFonts w:ascii="Times New Roman" w:eastAsia="Times New Roman" w:hAnsi="Times New Roman" w:cs="B Lotus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5A0700" w:rsidRPr="009A27BB">
              <w:rPr>
                <w:rFonts w:ascii="Times New Roman" w:eastAsia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F20F3A" w:rsidRPr="009A27BB" w14:paraId="413C3C9C" w14:textId="77777777" w:rsidTr="005A0700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67568A4" w14:textId="1D74B420" w:rsidR="00F20F3A" w:rsidRPr="009A27BB" w:rsidRDefault="00F20F3A" w:rsidP="00F20F3A">
            <w:pPr>
              <w:bidi/>
              <w:spacing w:after="40" w:line="252" w:lineRule="auto"/>
              <w:rPr>
                <w:rFonts w:cs="B Lotus"/>
              </w:rPr>
            </w:pPr>
            <w:r w:rsidRPr="009A27BB">
              <w:rPr>
                <w:rFonts w:ascii="Segoe UI Symbol" w:hAnsi="Segoe UI Symbol" w:cs="B Lotus"/>
              </w:rPr>
              <w:t>☐</w:t>
            </w:r>
            <w:r w:rsidRPr="009A27BB">
              <w:rPr>
                <w:rFonts w:cs="B Lotus"/>
              </w:rPr>
              <w:t xml:space="preserve"> </w:t>
            </w:r>
            <w:r w:rsidRPr="009A27BB">
              <w:rPr>
                <w:rFonts w:cs="B Lotus"/>
                <w:rtl/>
                <w:lang w:bidi="fa-IR"/>
              </w:rPr>
              <w:t>۳</w:t>
            </w:r>
            <w:r w:rsidR="005A0700" w:rsidRPr="009A27BB">
              <w:rPr>
                <w:rFonts w:cs="B Lotus" w:hint="cs"/>
                <w:rtl/>
              </w:rPr>
              <w:t>.</w:t>
            </w:r>
            <w:r w:rsidR="005A0700" w:rsidRPr="009A27BB">
              <w:rPr>
                <w:rFonts w:ascii="Times New Roman" w:eastAsia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 xml:space="preserve"> نوآوری در تکنولوژی و صنعت</w:t>
            </w:r>
          </w:p>
        </w:tc>
      </w:tr>
      <w:tr w:rsidR="00F20F3A" w:rsidRPr="009A27BB" w14:paraId="4DC73264" w14:textId="77777777" w:rsidTr="005A0700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5EEE5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EEE0F21" w14:textId="15059ADA" w:rsidR="00F20F3A" w:rsidRPr="009A27BB" w:rsidRDefault="00F20F3A" w:rsidP="00F20F3A">
            <w:pPr>
              <w:bidi/>
              <w:spacing w:after="40" w:line="252" w:lineRule="auto"/>
              <w:rPr>
                <w:rFonts w:cs="B Lotus"/>
              </w:rPr>
            </w:pPr>
            <w:r w:rsidRPr="009A27BB">
              <w:rPr>
                <w:rFonts w:ascii="Segoe UI Symbol" w:hAnsi="Segoe UI Symbol" w:cs="B Lotus"/>
              </w:rPr>
              <w:t>☐</w:t>
            </w:r>
            <w:r w:rsidRPr="009A27BB">
              <w:rPr>
                <w:rFonts w:cs="B Lotus"/>
              </w:rPr>
              <w:t xml:space="preserve"> </w:t>
            </w:r>
            <w:r w:rsidRPr="009A27BB">
              <w:rPr>
                <w:rFonts w:cs="B Lotus"/>
                <w:rtl/>
                <w:lang w:bidi="fa-IR"/>
              </w:rPr>
              <w:t>۴</w:t>
            </w:r>
            <w:r w:rsidRPr="009A27BB">
              <w:rPr>
                <w:rFonts w:cs="B Lotus"/>
              </w:rPr>
              <w:t xml:space="preserve">. </w:t>
            </w:r>
            <w:r w:rsidR="005A0700" w:rsidRPr="009A27BB">
              <w:rPr>
                <w:rFonts w:ascii="Times New Roman" w:eastAsia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>فرهنگ، جامعه و کارآفرینی</w:t>
            </w:r>
          </w:p>
        </w:tc>
      </w:tr>
      <w:tr w:rsidR="00F20F3A" w:rsidRPr="009A27BB" w14:paraId="032ABB7B" w14:textId="77777777" w:rsidTr="005A0700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E587525" w14:textId="77777777" w:rsidR="00F20F3A" w:rsidRPr="009A27BB" w:rsidRDefault="00F20F3A" w:rsidP="00F20F3A">
            <w:pPr>
              <w:bidi/>
              <w:spacing w:after="40" w:line="252" w:lineRule="auto"/>
              <w:rPr>
                <w:rFonts w:ascii="Times New Roman" w:eastAsia="Times New Roman" w:hAnsi="Times New Roman" w:cs="B Lotus"/>
                <w:b/>
                <w:bCs/>
                <w:sz w:val="28"/>
                <w:szCs w:val="28"/>
                <w:rtl/>
                <w:lang w:bidi="fa-IR"/>
              </w:rPr>
            </w:pPr>
            <w:r w:rsidRPr="009A27BB">
              <w:rPr>
                <w:rFonts w:ascii="Segoe UI Symbol" w:hAnsi="Segoe UI Symbol" w:cs="B Lotus"/>
              </w:rPr>
              <w:t>☐</w:t>
            </w:r>
            <w:r w:rsidRPr="009A27BB">
              <w:rPr>
                <w:rFonts w:cs="B Lotus"/>
              </w:rPr>
              <w:t xml:space="preserve"> </w:t>
            </w:r>
            <w:r w:rsidRPr="009A27BB">
              <w:rPr>
                <w:rFonts w:cs="B Lotus"/>
                <w:rtl/>
                <w:lang w:bidi="fa-IR"/>
              </w:rPr>
              <w:t>۵</w:t>
            </w:r>
            <w:r w:rsidRPr="009A27BB">
              <w:rPr>
                <w:rFonts w:cs="B Lotus"/>
              </w:rPr>
              <w:t>.</w:t>
            </w:r>
            <w:r w:rsidR="005A0700" w:rsidRPr="009A27BB">
              <w:rPr>
                <w:rFonts w:ascii="Times New Roman" w:eastAsia="Times New Roman" w:hAnsi="Times New Roman" w:cs="B Lotus" w:hint="cs"/>
                <w:b/>
                <w:bCs/>
                <w:sz w:val="28"/>
                <w:szCs w:val="28"/>
                <w:rtl/>
                <w:lang w:bidi="fa-IR"/>
              </w:rPr>
              <w:t xml:space="preserve"> سلامت و محیط زیست</w:t>
            </w:r>
          </w:p>
          <w:p w14:paraId="451D3847" w14:textId="77777777" w:rsidR="005A0700" w:rsidRPr="009A27BB" w:rsidRDefault="005A0700" w:rsidP="005A0700">
            <w:pPr>
              <w:bidi/>
              <w:spacing w:after="40" w:line="252" w:lineRule="auto"/>
              <w:rPr>
                <w:rFonts w:cs="B Lotus"/>
                <w:rtl/>
              </w:rPr>
            </w:pPr>
          </w:p>
          <w:p w14:paraId="6DE4F227" w14:textId="7944D9BA" w:rsidR="005A0700" w:rsidRPr="009A27BB" w:rsidRDefault="005A0700" w:rsidP="005A0700">
            <w:pPr>
              <w:bidi/>
              <w:spacing w:after="40" w:line="252" w:lineRule="auto"/>
              <w:rPr>
                <w:rFonts w:cs="B Lotus"/>
              </w:rPr>
            </w:pPr>
          </w:p>
        </w:tc>
      </w:tr>
      <w:tr w:rsidR="008E720D" w:rsidRPr="009A27BB" w14:paraId="69BD969E" w14:textId="77777777" w:rsidTr="005A0700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0A09675" w14:textId="77777777" w:rsidR="005A0700" w:rsidRPr="009A27BB" w:rsidRDefault="005A0700" w:rsidP="005A0700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  <w:rtl/>
              </w:rPr>
            </w:pPr>
          </w:p>
          <w:p w14:paraId="2CF9935C" w14:textId="77777777" w:rsidR="005A0700" w:rsidRPr="009A27BB" w:rsidRDefault="005A0700" w:rsidP="005A0700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  <w:rtl/>
              </w:rPr>
            </w:pPr>
          </w:p>
          <w:p w14:paraId="75ECE5E7" w14:textId="4DBA06E1" w:rsidR="00F20F3A" w:rsidRPr="009A27BB" w:rsidRDefault="00F20F3A" w:rsidP="005A0700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</w:rPr>
            </w:pPr>
            <w:r w:rsidRPr="009A27BB">
              <w:rPr>
                <w:rFonts w:cs="B Lotus"/>
                <w:b/>
                <w:color w:val="241712"/>
                <w:sz w:val="22"/>
                <w:rtl/>
              </w:rPr>
              <w:t>معرف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ا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 w:hint="eastAsia"/>
                <w:b/>
                <w:color w:val="241712"/>
                <w:sz w:val="22"/>
                <w:rtl/>
              </w:rPr>
              <w:t>ده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محور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>:</w:t>
            </w:r>
          </w:p>
          <w:p w14:paraId="1C3CCCE0" w14:textId="77777777" w:rsidR="00F20F3A" w:rsidRPr="009A27BB" w:rsidRDefault="00F20F3A" w:rsidP="00D343A6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</w:rPr>
            </w:pPr>
          </w:p>
          <w:p w14:paraId="2E93735E" w14:textId="5AB89304" w:rsidR="008E720D" w:rsidRPr="009A27BB" w:rsidRDefault="008E720D" w:rsidP="00D343A6">
            <w:pPr>
              <w:bidi/>
              <w:spacing w:after="40" w:line="252" w:lineRule="auto"/>
              <w:rPr>
                <w:rFonts w:cs="B Lotus"/>
                <w:lang w:bidi="fa-IR"/>
              </w:rPr>
            </w:pPr>
          </w:p>
        </w:tc>
      </w:tr>
      <w:tr w:rsidR="008E720D" w:rsidRPr="009A27BB" w14:paraId="4CD251C0" w14:textId="77777777" w:rsidTr="005A0700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17E3BCF" w14:textId="77777777" w:rsidR="00F20F3A" w:rsidRPr="009A27BB" w:rsidRDefault="00F20F3A" w:rsidP="00D343A6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</w:rPr>
            </w:pPr>
            <w:r w:rsidRPr="009A27BB">
              <w:rPr>
                <w:rFonts w:cs="B Lotus"/>
                <w:b/>
                <w:color w:val="241712"/>
                <w:sz w:val="22"/>
                <w:rtl/>
              </w:rPr>
              <w:t>خلاصه ا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 w:hint="eastAsia"/>
                <w:b/>
                <w:color w:val="241712"/>
                <w:sz w:val="22"/>
                <w:rtl/>
              </w:rPr>
              <w:t>ده؛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شامل اهداف، تعر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 w:hint="eastAsia"/>
                <w:b/>
                <w:color w:val="241712"/>
                <w:sz w:val="22"/>
                <w:rtl/>
              </w:rPr>
              <w:t>ف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مسئله و روش اصل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اجرا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طرح:</w:t>
            </w:r>
          </w:p>
          <w:p w14:paraId="02C93A09" w14:textId="77777777" w:rsidR="00F20F3A" w:rsidRPr="009A27BB" w:rsidRDefault="00F20F3A" w:rsidP="00D343A6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</w:rPr>
            </w:pPr>
          </w:p>
          <w:p w14:paraId="7CC429D5" w14:textId="77777777" w:rsidR="00F20F3A" w:rsidRPr="009A27BB" w:rsidRDefault="00F20F3A" w:rsidP="00D343A6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</w:rPr>
            </w:pPr>
          </w:p>
          <w:p w14:paraId="29481174" w14:textId="5B2B26D9" w:rsidR="008E720D" w:rsidRPr="009A27BB" w:rsidRDefault="008E720D" w:rsidP="00D343A6">
            <w:pPr>
              <w:bidi/>
              <w:spacing w:after="40" w:line="252" w:lineRule="auto"/>
              <w:rPr>
                <w:rFonts w:cs="B Lotus"/>
                <w:lang w:bidi="fa-IR"/>
              </w:rPr>
            </w:pPr>
          </w:p>
        </w:tc>
      </w:tr>
      <w:tr w:rsidR="008E720D" w:rsidRPr="009A27BB" w14:paraId="2F8B0ED8" w14:textId="77777777" w:rsidTr="005A0700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3F10B5D" w14:textId="77777777" w:rsidR="00F20F3A" w:rsidRPr="009A27BB" w:rsidRDefault="00F20F3A" w:rsidP="00D343A6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</w:rPr>
            </w:pPr>
            <w:r w:rsidRPr="009A27BB">
              <w:rPr>
                <w:rFonts w:cs="B Lotus"/>
                <w:b/>
                <w:color w:val="241712"/>
                <w:sz w:val="22"/>
                <w:rtl/>
              </w:rPr>
              <w:t>معرف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جنبه‌ها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نوآور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ا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 w:hint="eastAsia"/>
                <w:b/>
                <w:color w:val="241712"/>
                <w:sz w:val="22"/>
                <w:rtl/>
              </w:rPr>
              <w:t>ده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محور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>:</w:t>
            </w:r>
          </w:p>
          <w:p w14:paraId="414DCC98" w14:textId="77777777" w:rsidR="00F20F3A" w:rsidRPr="009A27BB" w:rsidRDefault="00F20F3A" w:rsidP="00D343A6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</w:rPr>
            </w:pPr>
          </w:p>
          <w:p w14:paraId="3B971EF2" w14:textId="0A748A79" w:rsidR="008E720D" w:rsidRPr="009A27BB" w:rsidRDefault="008E720D" w:rsidP="00D343A6">
            <w:pPr>
              <w:bidi/>
              <w:spacing w:after="40" w:line="252" w:lineRule="auto"/>
              <w:rPr>
                <w:rFonts w:cs="B Lotus"/>
                <w:lang w:bidi="fa-IR"/>
              </w:rPr>
            </w:pPr>
          </w:p>
        </w:tc>
      </w:tr>
      <w:tr w:rsidR="008E720D" w:rsidRPr="009A27BB" w14:paraId="1E74343B" w14:textId="77777777" w:rsidTr="005A0700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6A29791" w14:textId="77777777" w:rsidR="00F20F3A" w:rsidRPr="009A27BB" w:rsidRDefault="00F20F3A" w:rsidP="00D343A6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</w:rPr>
            </w:pPr>
            <w:r w:rsidRPr="009A27BB">
              <w:rPr>
                <w:rFonts w:cs="B Lotus"/>
                <w:b/>
                <w:color w:val="241712"/>
                <w:sz w:val="22"/>
                <w:rtl/>
              </w:rPr>
              <w:t>اقدامات انجام‌شده تا کنون را شرح ده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 w:hint="eastAsia"/>
                <w:b/>
                <w:color w:val="241712"/>
                <w:sz w:val="22"/>
                <w:rtl/>
              </w:rPr>
              <w:t>د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>:</w:t>
            </w:r>
          </w:p>
          <w:p w14:paraId="169D604F" w14:textId="77777777" w:rsidR="00F20F3A" w:rsidRPr="009A27BB" w:rsidRDefault="00F20F3A" w:rsidP="00D343A6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</w:rPr>
            </w:pPr>
          </w:p>
          <w:p w14:paraId="04C541A6" w14:textId="502BAD42" w:rsidR="008E720D" w:rsidRPr="009A27BB" w:rsidRDefault="008E720D" w:rsidP="00D343A6">
            <w:pPr>
              <w:bidi/>
              <w:spacing w:after="40" w:line="252" w:lineRule="auto"/>
              <w:rPr>
                <w:rFonts w:cs="B Lotus"/>
                <w:lang w:bidi="fa-IR"/>
              </w:rPr>
            </w:pPr>
          </w:p>
        </w:tc>
      </w:tr>
      <w:tr w:rsidR="00FE25D2" w:rsidRPr="009A27BB" w14:paraId="742AD7FD" w14:textId="77777777" w:rsidTr="005A0700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69C4A0B" w14:textId="77777777" w:rsidR="00FE25D2" w:rsidRPr="009A27BB" w:rsidRDefault="00FE25D2" w:rsidP="00FE25D2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</w:rPr>
            </w:pPr>
            <w:r w:rsidRPr="009A27BB">
              <w:rPr>
                <w:rFonts w:cs="B Lotus"/>
                <w:b/>
                <w:color w:val="241712"/>
                <w:sz w:val="22"/>
                <w:rtl/>
              </w:rPr>
              <w:lastRenderedPageBreak/>
              <w:t>معرف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بازار هدف و مشتر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 w:hint="eastAsia"/>
                <w:b/>
                <w:color w:val="241712"/>
                <w:sz w:val="22"/>
                <w:rtl/>
              </w:rPr>
              <w:t>ان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محصول 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 w:hint="eastAsia"/>
                <w:b/>
                <w:color w:val="241712"/>
                <w:sz w:val="22"/>
                <w:rtl/>
              </w:rPr>
              <w:t>ا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خدمت مورد نظر:</w:t>
            </w:r>
          </w:p>
          <w:p w14:paraId="1619BB15" w14:textId="77777777" w:rsidR="00FE25D2" w:rsidRPr="009A27BB" w:rsidRDefault="00FE25D2" w:rsidP="00D343A6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  <w:rtl/>
              </w:rPr>
            </w:pPr>
          </w:p>
        </w:tc>
      </w:tr>
      <w:tr w:rsidR="00FE25D2" w:rsidRPr="009A27BB" w14:paraId="2C8D12A6" w14:textId="77777777" w:rsidTr="005A0700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063B7C0" w14:textId="1DC11006" w:rsidR="00FE25D2" w:rsidRPr="009A27BB" w:rsidRDefault="00FE25D2" w:rsidP="00FE25D2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  <w:rtl/>
              </w:rPr>
            </w:pPr>
            <w:r w:rsidRPr="009A27BB">
              <w:rPr>
                <w:rFonts w:cs="B Lotus"/>
                <w:rtl/>
                <w:lang w:bidi="fa-IR"/>
              </w:rPr>
              <w:t>دلایل انتخاب موضوع از نظر فنی و اقتصادی و ضرورت اجرای طرح</w:t>
            </w:r>
          </w:p>
        </w:tc>
      </w:tr>
      <w:tr w:rsidR="00FE25D2" w:rsidRPr="009A27BB" w14:paraId="2ACEC2B7" w14:textId="77777777" w:rsidTr="005A0700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51FBA17" w14:textId="77777777" w:rsidR="00FE25D2" w:rsidRPr="009A27BB" w:rsidRDefault="00FE25D2" w:rsidP="00FE25D2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</w:rPr>
            </w:pPr>
            <w:r w:rsidRPr="009A27BB">
              <w:rPr>
                <w:rFonts w:cs="B Lotus"/>
                <w:b/>
                <w:color w:val="241712"/>
                <w:sz w:val="22"/>
                <w:rtl/>
              </w:rPr>
              <w:t>مهم‌تر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 w:hint="eastAsia"/>
                <w:b/>
                <w:color w:val="241712"/>
                <w:sz w:val="22"/>
                <w:rtl/>
              </w:rPr>
              <w:t>ن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نتا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 w:hint="eastAsia"/>
                <w:b/>
                <w:color w:val="241712"/>
                <w:sz w:val="22"/>
                <w:rtl/>
              </w:rPr>
              <w:t>ج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حاصل از اجرا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طرح تا کنون (در صورت وجود):</w:t>
            </w:r>
          </w:p>
          <w:p w14:paraId="4D0097DC" w14:textId="77777777" w:rsidR="00FE25D2" w:rsidRPr="009A27BB" w:rsidRDefault="00FE25D2" w:rsidP="00FE25D2">
            <w:pPr>
              <w:bidi/>
              <w:spacing w:after="40" w:line="252" w:lineRule="auto"/>
              <w:rPr>
                <w:rFonts w:cs="B Lotus"/>
                <w:rtl/>
                <w:lang w:bidi="fa-IR"/>
              </w:rPr>
            </w:pPr>
          </w:p>
        </w:tc>
      </w:tr>
      <w:tr w:rsidR="00FE25D2" w:rsidRPr="009A27BB" w14:paraId="75A2049B" w14:textId="77777777" w:rsidTr="005A0700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D53A63B" w14:textId="77777777" w:rsidR="00FE25D2" w:rsidRPr="009A27BB" w:rsidRDefault="00FE25D2" w:rsidP="00FE25D2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</w:rPr>
            </w:pPr>
            <w:r w:rsidRPr="009A27BB">
              <w:rPr>
                <w:rFonts w:cs="B Lotus"/>
                <w:b/>
                <w:color w:val="241712"/>
                <w:sz w:val="22"/>
                <w:rtl/>
              </w:rPr>
              <w:t>سابقه موضوع از جنبه‌ها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نظر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و تجرب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در ا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 w:hint="eastAsia"/>
                <w:b/>
                <w:color w:val="241712"/>
                <w:sz w:val="22"/>
                <w:rtl/>
              </w:rPr>
              <w:t>ران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و سا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 w:hint="eastAsia"/>
                <w:b/>
                <w:color w:val="241712"/>
                <w:sz w:val="22"/>
                <w:rtl/>
              </w:rPr>
              <w:t>ر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کشورها، همراه با ذکر منابع:</w:t>
            </w:r>
          </w:p>
          <w:p w14:paraId="319D2BB1" w14:textId="77777777" w:rsidR="00FE25D2" w:rsidRPr="009A27BB" w:rsidRDefault="00FE25D2" w:rsidP="00FE25D2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  <w:rtl/>
              </w:rPr>
            </w:pPr>
          </w:p>
        </w:tc>
      </w:tr>
      <w:tr w:rsidR="00FE25D2" w:rsidRPr="009A27BB" w14:paraId="72A0FDB4" w14:textId="77777777" w:rsidTr="005A0700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FE0EAEA" w14:textId="154BC156" w:rsidR="00FE25D2" w:rsidRPr="009A27BB" w:rsidRDefault="00FE25D2" w:rsidP="00FE25D2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  <w:rtl/>
              </w:rPr>
            </w:pP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مدت زمان کل اجرای ایده:  </w:t>
            </w:r>
          </w:p>
        </w:tc>
      </w:tr>
      <w:tr w:rsidR="00FE25D2" w:rsidRPr="009A27BB" w14:paraId="50428990" w14:textId="77777777" w:rsidTr="005A0700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3A43686" w14:textId="77777777" w:rsidR="00FE25D2" w:rsidRPr="009A27BB" w:rsidRDefault="00FE25D2" w:rsidP="00FE25D2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</w:rPr>
            </w:pPr>
            <w:r w:rsidRPr="009A27BB">
              <w:rPr>
                <w:rFonts w:cs="B Lotus"/>
                <w:b/>
                <w:color w:val="241712"/>
                <w:sz w:val="22"/>
                <w:rtl/>
              </w:rPr>
              <w:t>مراحل مختلف اجرا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ا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 w:hint="eastAsia"/>
                <w:b/>
                <w:color w:val="241712"/>
                <w:sz w:val="22"/>
                <w:rtl/>
              </w:rPr>
              <w:t>ده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(عنوان مرحله، مدت زمان انجام و خروج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هر مرحله):</w:t>
            </w:r>
          </w:p>
          <w:p w14:paraId="58E7D0CF" w14:textId="77777777" w:rsidR="00FE25D2" w:rsidRPr="009A27BB" w:rsidRDefault="00FE25D2" w:rsidP="00FE25D2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  <w:rtl/>
              </w:rPr>
            </w:pPr>
          </w:p>
        </w:tc>
      </w:tr>
      <w:tr w:rsidR="00FE25D2" w:rsidRPr="009A27BB" w14:paraId="14A25DE3" w14:textId="77777777" w:rsidTr="005A0700">
        <w:trPr>
          <w:cantSplit/>
          <w:jc w:val="right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3F88AAF" w14:textId="60ED1E69" w:rsidR="00FE25D2" w:rsidRPr="009A27BB" w:rsidRDefault="00FE25D2" w:rsidP="00FE25D2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</w:rPr>
            </w:pPr>
            <w:r w:rsidRPr="009A27BB">
              <w:rPr>
                <w:rFonts w:cs="B Lotus"/>
                <w:b/>
                <w:color w:val="241712"/>
                <w:sz w:val="22"/>
                <w:rtl/>
              </w:rPr>
              <w:t>شرح خدمات، خروج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نها</w:t>
            </w:r>
            <w:r w:rsidRPr="009A27BB">
              <w:rPr>
                <w:rFonts w:cs="B Lotus" w:hint="cs"/>
                <w:b/>
                <w:color w:val="241712"/>
                <w:sz w:val="22"/>
                <w:rtl/>
              </w:rPr>
              <w:t>یی</w:t>
            </w: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 مورد انتظار:</w:t>
            </w:r>
          </w:p>
          <w:p w14:paraId="61E7CCA2" w14:textId="77777777" w:rsidR="00FE25D2" w:rsidRPr="009A27BB" w:rsidRDefault="00FE25D2" w:rsidP="00FE25D2">
            <w:pPr>
              <w:bidi/>
              <w:spacing w:after="40" w:line="252" w:lineRule="auto"/>
              <w:rPr>
                <w:rFonts w:cs="B Lotus"/>
                <w:b/>
                <w:color w:val="241712"/>
                <w:sz w:val="22"/>
                <w:rtl/>
              </w:rPr>
            </w:pPr>
          </w:p>
        </w:tc>
      </w:tr>
    </w:tbl>
    <w:p w14:paraId="611CD8E8" w14:textId="77777777" w:rsidR="008E720D" w:rsidRPr="009A27BB" w:rsidRDefault="008E720D">
      <w:pPr>
        <w:bidi/>
        <w:spacing w:after="100"/>
        <w:jc w:val="right"/>
        <w:rPr>
          <w:rFonts w:cs="B Lotus"/>
          <w:rtl/>
        </w:rPr>
      </w:pPr>
    </w:p>
    <w:p w14:paraId="2BBAAB35" w14:textId="77777777" w:rsidR="008A6FEB" w:rsidRPr="009A27BB" w:rsidRDefault="008A6FEB" w:rsidP="008A6FEB">
      <w:pPr>
        <w:bidi/>
        <w:spacing w:after="100"/>
        <w:jc w:val="right"/>
        <w:rPr>
          <w:rFonts w:cs="B Lotus"/>
          <w:rtl/>
        </w:rPr>
      </w:pPr>
    </w:p>
    <w:p w14:paraId="3E81BB14" w14:textId="77777777" w:rsidR="008A6FEB" w:rsidRPr="009A27BB" w:rsidRDefault="008A6FEB" w:rsidP="008A6FEB">
      <w:pPr>
        <w:bidi/>
        <w:spacing w:after="100"/>
        <w:jc w:val="right"/>
        <w:rPr>
          <w:rFonts w:cs="B Lotus"/>
          <w:rtl/>
        </w:rPr>
      </w:pPr>
    </w:p>
    <w:p w14:paraId="289D74DF" w14:textId="77777777" w:rsidR="008A6FEB" w:rsidRPr="009A27BB" w:rsidRDefault="008A6FEB" w:rsidP="008A6FEB">
      <w:pPr>
        <w:bidi/>
        <w:spacing w:after="100"/>
        <w:jc w:val="right"/>
        <w:rPr>
          <w:rFonts w:cs="B Lotus"/>
          <w:rtl/>
        </w:rPr>
      </w:pPr>
    </w:p>
    <w:p w14:paraId="0607F401" w14:textId="77777777" w:rsidR="008A6FEB" w:rsidRPr="009A27BB" w:rsidRDefault="008A6FEB" w:rsidP="008A6FEB">
      <w:pPr>
        <w:bidi/>
        <w:spacing w:after="100"/>
        <w:jc w:val="right"/>
        <w:rPr>
          <w:rFonts w:cs="B Lotus"/>
        </w:rPr>
      </w:pPr>
    </w:p>
    <w:tbl>
      <w:tblPr>
        <w:tblpPr w:leftFromText="180" w:rightFromText="180" w:vertAnchor="text" w:horzAnchor="margin" w:tblpY="186"/>
        <w:tblW w:w="0" w:type="auto"/>
        <w:tblLook w:val="04A0" w:firstRow="1" w:lastRow="0" w:firstColumn="1" w:lastColumn="0" w:noHBand="0" w:noVBand="1"/>
      </w:tblPr>
      <w:tblGrid>
        <w:gridCol w:w="10300"/>
      </w:tblGrid>
      <w:tr w:rsidR="008A6FEB" w:rsidRPr="009A27BB" w14:paraId="0DC366C4" w14:textId="77777777" w:rsidTr="008A6FEB">
        <w:trPr>
          <w:cantSplit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E36C0A" w:themeFill="accent6" w:themeFillShade="B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54B8895" w14:textId="77777777" w:rsidR="008A6FEB" w:rsidRPr="009A27BB" w:rsidRDefault="008A6FEB" w:rsidP="008A6FEB">
            <w:pPr>
              <w:bidi/>
              <w:spacing w:after="40" w:line="252" w:lineRule="auto"/>
              <w:rPr>
                <w:rFonts w:cs="B Lotus"/>
                <w:b/>
                <w:bCs/>
                <w:color w:val="FFFFFF" w:themeColor="background1"/>
                <w:sz w:val="28"/>
                <w:szCs w:val="28"/>
                <w:rtl/>
                <w:lang w:bidi="fa-IR"/>
              </w:rPr>
            </w:pPr>
            <w:r w:rsidRPr="009A27BB">
              <w:rPr>
                <w:rFonts w:cs="B Lotus" w:hint="cs"/>
                <w:b/>
                <w:bCs/>
                <w:color w:val="FFFFFF" w:themeColor="background1"/>
                <w:sz w:val="28"/>
                <w:szCs w:val="28"/>
                <w:rtl/>
                <w:lang w:bidi="fa-IR"/>
              </w:rPr>
              <w:t xml:space="preserve">2. </w:t>
            </w:r>
            <w:r w:rsidRPr="009A27BB">
              <w:rPr>
                <w:rFonts w:cs="B Lotus"/>
                <w:b/>
                <w:bCs/>
                <w:color w:val="FFFFFF" w:themeColor="background1"/>
                <w:sz w:val="28"/>
                <w:szCs w:val="28"/>
                <w:rtl/>
                <w:lang w:bidi="fa-IR"/>
              </w:rPr>
              <w:t xml:space="preserve"> تأیید و امضا</w:t>
            </w:r>
          </w:p>
        </w:tc>
      </w:tr>
      <w:tr w:rsidR="008A6FEB" w:rsidRPr="009A27BB" w14:paraId="64DCCD79" w14:textId="77777777" w:rsidTr="008A6FEB">
        <w:trPr>
          <w:cantSplit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C4A2E3E" w14:textId="77777777" w:rsidR="008A6FEB" w:rsidRPr="009A27BB" w:rsidRDefault="008A6FEB" w:rsidP="008A6FEB">
            <w:pPr>
              <w:bidi/>
              <w:spacing w:after="40" w:line="252" w:lineRule="auto"/>
              <w:rPr>
                <w:rFonts w:asciiTheme="minorHAnsi" w:hAnsiTheme="minorHAnsi" w:cs="B Lotus"/>
                <w:rtl/>
              </w:rPr>
            </w:pP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نام و نام خانوادگی مسئول ایده:  </w:t>
            </w:r>
          </w:p>
        </w:tc>
      </w:tr>
      <w:tr w:rsidR="008A6FEB" w:rsidRPr="009A27BB" w14:paraId="398683B3" w14:textId="77777777" w:rsidTr="008A6FEB">
        <w:trPr>
          <w:cantSplit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5C389B4" w14:textId="77777777" w:rsidR="008A6FEB" w:rsidRPr="009A27BB" w:rsidRDefault="008A6FEB" w:rsidP="008A6FEB">
            <w:pPr>
              <w:bidi/>
              <w:spacing w:after="40" w:line="252" w:lineRule="auto"/>
              <w:rPr>
                <w:rFonts w:cs="B Lotus"/>
                <w:rtl/>
                <w:lang w:bidi="fa-IR"/>
              </w:rPr>
            </w:pPr>
            <w:r w:rsidRPr="009A27BB">
              <w:rPr>
                <w:rFonts w:cs="B Lotus"/>
                <w:b/>
                <w:color w:val="241712"/>
                <w:sz w:val="22"/>
                <w:rtl/>
              </w:rPr>
              <w:t>تاریخ:</w:t>
            </w:r>
          </w:p>
        </w:tc>
      </w:tr>
      <w:tr w:rsidR="008A6FEB" w:rsidRPr="009A27BB" w14:paraId="128D4C29" w14:textId="77777777" w:rsidTr="008A6FEB">
        <w:trPr>
          <w:cantSplit/>
          <w:trHeight w:val="1662"/>
        </w:trPr>
        <w:tc>
          <w:tcPr>
            <w:tcW w:w="10300" w:type="dxa"/>
            <w:tcBorders>
              <w:top w:val="single" w:sz="5" w:space="0" w:color="D8CEC3"/>
              <w:left w:val="single" w:sz="5" w:space="0" w:color="D8CEC3"/>
              <w:bottom w:val="single" w:sz="5" w:space="0" w:color="D8CEC3"/>
              <w:right w:val="single" w:sz="5" w:space="0" w:color="D8CEC3"/>
            </w:tcBorders>
            <w:shd w:val="clear" w:color="auto" w:fill="FCF8F2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877448A" w14:textId="77777777" w:rsidR="008A6FEB" w:rsidRPr="009A27BB" w:rsidRDefault="008A6FEB" w:rsidP="008A6FEB">
            <w:pPr>
              <w:bidi/>
              <w:spacing w:after="40" w:line="252" w:lineRule="auto"/>
              <w:rPr>
                <w:rFonts w:asciiTheme="minorHAnsi" w:hAnsiTheme="minorHAnsi" w:cs="B Lotus"/>
                <w:rtl/>
                <w:lang w:bidi="fa-IR"/>
              </w:rPr>
            </w:pPr>
            <w:r w:rsidRPr="009A27BB">
              <w:rPr>
                <w:rFonts w:cs="B Lotus"/>
                <w:b/>
                <w:color w:val="241712"/>
                <w:sz w:val="22"/>
                <w:rtl/>
              </w:rPr>
              <w:t xml:space="preserve">امضا: </w:t>
            </w:r>
          </w:p>
        </w:tc>
      </w:tr>
    </w:tbl>
    <w:p w14:paraId="431F2F66" w14:textId="77777777" w:rsidR="00FE25D2" w:rsidRPr="009A27BB" w:rsidRDefault="00FE25D2" w:rsidP="008A6FEB">
      <w:pPr>
        <w:spacing w:after="100"/>
        <w:rPr>
          <w:rFonts w:cs="B Lotus"/>
          <w:color w:val="241712"/>
          <w:sz w:val="22"/>
          <w:rtl/>
        </w:rPr>
      </w:pPr>
    </w:p>
    <w:p w14:paraId="694DEEA9" w14:textId="77777777" w:rsidR="00FE25D2" w:rsidRPr="009A27BB" w:rsidRDefault="00FE25D2" w:rsidP="007F1D6C">
      <w:pPr>
        <w:spacing w:after="100"/>
        <w:jc w:val="right"/>
        <w:rPr>
          <w:rFonts w:cs="B Lotus"/>
          <w:color w:val="241712"/>
          <w:sz w:val="22"/>
          <w:rtl/>
        </w:rPr>
      </w:pPr>
    </w:p>
    <w:p w14:paraId="6E254D57" w14:textId="46A6F8AE" w:rsidR="007F1D6C" w:rsidRPr="009A27BB" w:rsidRDefault="007F1D6C" w:rsidP="007F1D6C">
      <w:pPr>
        <w:tabs>
          <w:tab w:val="left" w:pos="4346"/>
        </w:tabs>
        <w:bidi/>
        <w:rPr>
          <w:rFonts w:cs="B Lotus"/>
          <w:rtl/>
          <w:lang w:bidi="fa-IR"/>
        </w:rPr>
      </w:pPr>
    </w:p>
    <w:sectPr w:rsidR="007F1D6C" w:rsidRPr="009A27BB" w:rsidSect="00034616">
      <w:headerReference w:type="default" r:id="rId8"/>
      <w:pgSz w:w="12240" w:h="15840"/>
      <w:pgMar w:top="794" w:right="964" w:bottom="794" w:left="964" w:header="720" w:footer="720" w:gutter="0"/>
      <w:pgBorders w:offsetFrom="page">
        <w:top w:val="single" w:sz="5" w:space="14" w:color="D8CEC3"/>
        <w:left w:val="single" w:sz="5" w:space="14" w:color="D8CEC3"/>
        <w:bottom w:val="single" w:sz="5" w:space="14" w:color="D8CEC3"/>
        <w:right w:val="single" w:sz="5" w:space="14" w:color="D8CEC3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97F51" w14:textId="77777777" w:rsidR="006F1934" w:rsidRDefault="006F1934">
      <w:pPr>
        <w:spacing w:after="0" w:line="240" w:lineRule="auto"/>
      </w:pPr>
      <w:r>
        <w:separator/>
      </w:r>
    </w:p>
  </w:endnote>
  <w:endnote w:type="continuationSeparator" w:id="0">
    <w:p w14:paraId="4A114A43" w14:textId="77777777" w:rsidR="006F1934" w:rsidRDefault="006F1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AF906" w14:textId="77777777" w:rsidR="006F1934" w:rsidRDefault="006F1934">
      <w:pPr>
        <w:spacing w:after="0" w:line="240" w:lineRule="auto"/>
      </w:pPr>
      <w:r>
        <w:separator/>
      </w:r>
    </w:p>
  </w:footnote>
  <w:footnote w:type="continuationSeparator" w:id="0">
    <w:p w14:paraId="7834C3E3" w14:textId="77777777" w:rsidR="006F1934" w:rsidRDefault="006F1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51A12" w14:textId="7409F885" w:rsidR="008E720D" w:rsidRDefault="008E720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6824855">
    <w:abstractNumId w:val="8"/>
  </w:num>
  <w:num w:numId="2" w16cid:durableId="413551058">
    <w:abstractNumId w:val="6"/>
  </w:num>
  <w:num w:numId="3" w16cid:durableId="69080808">
    <w:abstractNumId w:val="5"/>
  </w:num>
  <w:num w:numId="4" w16cid:durableId="1676221604">
    <w:abstractNumId w:val="4"/>
  </w:num>
  <w:num w:numId="5" w16cid:durableId="864320777">
    <w:abstractNumId w:val="7"/>
  </w:num>
  <w:num w:numId="6" w16cid:durableId="1422221693">
    <w:abstractNumId w:val="3"/>
  </w:num>
  <w:num w:numId="7" w16cid:durableId="909972160">
    <w:abstractNumId w:val="2"/>
  </w:num>
  <w:num w:numId="8" w16cid:durableId="1474104032">
    <w:abstractNumId w:val="1"/>
  </w:num>
  <w:num w:numId="9" w16cid:durableId="1355304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44F9"/>
    <w:rsid w:val="0029639D"/>
    <w:rsid w:val="00326F90"/>
    <w:rsid w:val="004D5C43"/>
    <w:rsid w:val="005A0700"/>
    <w:rsid w:val="00655DC0"/>
    <w:rsid w:val="006F1934"/>
    <w:rsid w:val="007F1D6C"/>
    <w:rsid w:val="008A6FEB"/>
    <w:rsid w:val="008E720D"/>
    <w:rsid w:val="009A27BB"/>
    <w:rsid w:val="00AA1D8D"/>
    <w:rsid w:val="00B36A80"/>
    <w:rsid w:val="00B47730"/>
    <w:rsid w:val="00BB21DD"/>
    <w:rsid w:val="00CB0664"/>
    <w:rsid w:val="00D343A6"/>
    <w:rsid w:val="00F20F3A"/>
    <w:rsid w:val="00FC693F"/>
    <w:rsid w:val="00FE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93998E"/>
  <w14:defaultImageDpi w14:val="300"/>
  <w15:docId w15:val="{F55248D9-DA99-4355-89B1-476858FF6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B Nazanin" w:eastAsia="B Nazanin" w:hAnsi="B Nazani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Aria</cp:lastModifiedBy>
  <cp:revision>2</cp:revision>
  <dcterms:created xsi:type="dcterms:W3CDTF">2026-08-24T21:24:00Z</dcterms:created>
  <dcterms:modified xsi:type="dcterms:W3CDTF">2026-08-24T21:24:00Z</dcterms:modified>
  <cp:category/>
</cp:coreProperties>
</file>